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A327" w14:textId="77777777" w:rsidR="00EF5372" w:rsidRPr="00EF5372" w:rsidRDefault="00E62C0F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EF5372">
        <w:rPr>
          <w:rFonts w:ascii="Times New Roman" w:hAnsi="Times New Roman" w:cs="Times New Roman"/>
          <w:b/>
          <w:sz w:val="28"/>
          <w:szCs w:val="28"/>
          <w:lang w:val="it-IT"/>
        </w:rPr>
        <w:t xml:space="preserve">ALLEGATO 3 </w:t>
      </w:r>
    </w:p>
    <w:p w14:paraId="1C247557" w14:textId="0726C4B9" w:rsidR="007701BB" w:rsidRPr="00EF5372" w:rsidRDefault="00E62C0F">
      <w:pPr>
        <w:jc w:val="center"/>
        <w:rPr>
          <w:rFonts w:ascii="Times New Roman" w:hAnsi="Times New Roman" w:cs="Times New Roman"/>
          <w:lang w:val="it-IT"/>
        </w:rPr>
      </w:pPr>
      <w:r w:rsidRPr="00EF5372">
        <w:rPr>
          <w:rFonts w:ascii="Times New Roman" w:hAnsi="Times New Roman" w:cs="Times New Roman"/>
          <w:b/>
          <w:sz w:val="28"/>
          <w:szCs w:val="28"/>
          <w:lang w:val="it-IT"/>
        </w:rPr>
        <w:t>PIANO DI SUPERVISIONE</w:t>
      </w:r>
    </w:p>
    <w:p w14:paraId="68051136" w14:textId="70AB8B99" w:rsidR="0042141D" w:rsidRDefault="0042141D" w:rsidP="0042141D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2"/>
          <w:lang w:val="it-IT"/>
        </w:rPr>
      </w:pPr>
      <w:r w:rsidRPr="0042141D">
        <w:rPr>
          <w:rFonts w:ascii="Times New Roman" w:hAnsi="Times New Roman" w:cs="Times New Roman"/>
          <w:b/>
          <w:bCs/>
          <w:sz w:val="22"/>
          <w:lang w:val="it-IT"/>
        </w:rPr>
        <w:t xml:space="preserve">Manifestazione di interesse per la costituzione di una Short-List di esperti cui conferire incarichi professionali per lo svolgimento delle attività di Supervisione monoprofessionale di gruppo, monoprofessionale individuale e organizzativa di équipe multiprofessionale rivolta agli assistenti sociali, educatori e psicologi del Comune di Napoli, finanziate dal Fondo Nazionale Politiche Sociali (FNPS) - </w:t>
      </w:r>
      <w:r w:rsidRPr="0042141D">
        <w:rPr>
          <w:rFonts w:ascii="Times New Roman" w:hAnsi="Times New Roman" w:cs="Times New Roman"/>
          <w:b/>
          <w:bCs/>
          <w:iCs/>
          <w:sz w:val="22"/>
          <w:lang w:val="it-IT"/>
        </w:rPr>
        <w:t xml:space="preserve">Quota supervisione del personale dei servizi sociali </w:t>
      </w:r>
    </w:p>
    <w:p w14:paraId="001763B9" w14:textId="77777777" w:rsidR="0042141D" w:rsidRPr="0042141D" w:rsidRDefault="0042141D" w:rsidP="0042141D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1D5D8338" w14:textId="77777777">
        <w:tc>
          <w:tcPr>
            <w:tcW w:w="997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6AAFF" w14:textId="77777777" w:rsidR="007701BB" w:rsidRPr="00EF5372" w:rsidRDefault="00E62C0F">
            <w:pPr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b/>
                <w:lang w:val="it-IT"/>
              </w:rPr>
              <w:t>ISTRUZIONI PER LA COMPILAZIONE</w:t>
            </w:r>
          </w:p>
          <w:p w14:paraId="216AB3D5" w14:textId="77777777" w:rsidR="007701BB" w:rsidRPr="00EF5372" w:rsidRDefault="00E62C0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lang w:val="it-IT"/>
              </w:rPr>
              <w:t>• Il Piano deve essere redatto utilizzando esclusivamente il presente modello editabile, senza modificarne la struttura, compilato in ogni sua parte, convertito in formato PDF e debitamente sottoscritto.</w:t>
            </w:r>
          </w:p>
          <w:p w14:paraId="1581B8E4" w14:textId="77777777" w:rsidR="007701BB" w:rsidRPr="00EF5372" w:rsidRDefault="00E62C0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lang w:val="it-IT"/>
              </w:rPr>
              <w:t>• Il Piano, comprensivo delle presenti sezioni, non può superare complessivamente 10 pagine.</w:t>
            </w:r>
          </w:p>
          <w:p w14:paraId="2C9EB362" w14:textId="77777777" w:rsidR="007701BB" w:rsidRPr="00EF5372" w:rsidRDefault="00E62C0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lang w:val="it-IT"/>
              </w:rPr>
              <w:t>• La proposta deve riferirsi alla specifica tipologia di supervisione per la quale è presentata la candidatura e rispettare finalità, obiettivi, destinatari e modalità di realizzazione definiti nell’Avviso.</w:t>
            </w:r>
          </w:p>
          <w:p w14:paraId="5F54850D" w14:textId="77777777" w:rsidR="007701BB" w:rsidRPr="00EF5372" w:rsidRDefault="00E62C0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lang w:val="it-IT"/>
              </w:rPr>
              <w:t>• Non devono essere definiti durata e cadenza degli incontri, numero di ore, composizione dei gruppi o altri aspetti di programmazione organizzativa rimessi all’Amministrazione.</w:t>
            </w:r>
          </w:p>
          <w:p w14:paraId="48812461" w14:textId="77777777" w:rsidR="007701BB" w:rsidRPr="00EF5372" w:rsidRDefault="00E62C0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EF5372">
              <w:rPr>
                <w:rFonts w:ascii="Times New Roman" w:hAnsi="Times New Roman" w:cs="Times New Roman"/>
                <w:lang w:val="it-IT"/>
              </w:rPr>
              <w:t>• La valutazione sarà effettuata secondo i criteri e i punteggi previsti dall’art. 8 dell’Avviso.</w:t>
            </w:r>
          </w:p>
        </w:tc>
      </w:tr>
    </w:tbl>
    <w:p w14:paraId="3E723696" w14:textId="77777777" w:rsidR="00EF5372" w:rsidRDefault="00EF5372">
      <w:pPr>
        <w:rPr>
          <w:rFonts w:ascii="Times New Roman" w:hAnsi="Times New Roman" w:cs="Times New Roman"/>
          <w:b/>
          <w:sz w:val="22"/>
          <w:lang w:val="it-IT"/>
        </w:rPr>
      </w:pPr>
    </w:p>
    <w:p w14:paraId="661DBED4" w14:textId="77777777" w:rsidR="00EF5372" w:rsidRPr="00EF5372" w:rsidRDefault="00E62C0F" w:rsidP="00EF5372">
      <w:pPr>
        <w:rPr>
          <w:rFonts w:ascii="Times New Roman" w:hAnsi="Times New Roman" w:cs="Times New Roman"/>
          <w:b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 xml:space="preserve">1. DATI DEL CANDIDATO </w:t>
      </w:r>
    </w:p>
    <w:p w14:paraId="7998C5D3" w14:textId="77777777" w:rsidR="00EF5372" w:rsidRPr="00EF5372" w:rsidRDefault="00EF5372" w:rsidP="00EF5372">
      <w:pPr>
        <w:spacing w:line="240" w:lineRule="auto"/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sz w:val="22"/>
          <w:lang w:val="it-IT"/>
        </w:rPr>
        <w:t>Cognome e nome: __________________________________________________________________________________</w:t>
      </w:r>
    </w:p>
    <w:p w14:paraId="74EA267C" w14:textId="49911279" w:rsidR="00EF5372" w:rsidRPr="00EF5372" w:rsidRDefault="00EF5372" w:rsidP="00EF5372">
      <w:pPr>
        <w:spacing w:line="240" w:lineRule="auto"/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sz w:val="22"/>
          <w:lang w:val="it-IT"/>
        </w:rPr>
        <w:t>Sezione della Short List per la quale</w:t>
      </w:r>
      <w:r w:rsidR="008C76CD">
        <w:rPr>
          <w:rFonts w:ascii="Times New Roman" w:hAnsi="Times New Roman" w:cs="Times New Roman"/>
          <w:sz w:val="22"/>
          <w:lang w:val="it-IT"/>
        </w:rPr>
        <w:t xml:space="preserve"> si presenta la candidatura:   </w:t>
      </w:r>
      <w:r w:rsidRPr="00EF5372">
        <w:rPr>
          <w:rFonts w:ascii="Segoe UI Symbol" w:hAnsi="Segoe UI Symbol" w:cs="Segoe UI Symbol"/>
          <w:sz w:val="22"/>
          <w:lang w:val="it-IT"/>
        </w:rPr>
        <w:t>☐</w:t>
      </w:r>
      <w:r w:rsidRPr="00EF5372">
        <w:rPr>
          <w:rFonts w:ascii="Times New Roman" w:hAnsi="Times New Roman" w:cs="Times New Roman"/>
          <w:sz w:val="22"/>
          <w:lang w:val="it-IT"/>
        </w:rPr>
        <w:t xml:space="preserve"> Sezione A        </w:t>
      </w:r>
      <w:r w:rsidRPr="00EF5372">
        <w:rPr>
          <w:rFonts w:ascii="Segoe UI Symbol" w:hAnsi="Segoe UI Symbol" w:cs="Segoe UI Symbol"/>
          <w:sz w:val="22"/>
          <w:lang w:val="it-IT"/>
        </w:rPr>
        <w:t>☐</w:t>
      </w:r>
      <w:r w:rsidRPr="00EF5372">
        <w:rPr>
          <w:rFonts w:ascii="Times New Roman" w:hAnsi="Times New Roman" w:cs="Times New Roman"/>
          <w:sz w:val="22"/>
          <w:lang w:val="it-IT"/>
        </w:rPr>
        <w:t xml:space="preserve"> Sezione B</w:t>
      </w:r>
    </w:p>
    <w:p w14:paraId="2C32AAE4" w14:textId="77777777" w:rsidR="008C76CD" w:rsidRDefault="008C76CD">
      <w:pPr>
        <w:rPr>
          <w:rFonts w:ascii="Times New Roman" w:hAnsi="Times New Roman" w:cs="Times New Roman"/>
          <w:b/>
          <w:sz w:val="22"/>
          <w:lang w:val="it-IT"/>
        </w:rPr>
      </w:pPr>
    </w:p>
    <w:p w14:paraId="3514DFC5" w14:textId="1E1BD121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2. CONTENUTI E TEMATICHE DEL PERCORSO DI SUPERVISIONE</w:t>
      </w:r>
    </w:p>
    <w:p w14:paraId="7CD94D6C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F3628C">
        <w:rPr>
          <w:rFonts w:ascii="Times New Roman" w:hAnsi="Times New Roman" w:cs="Times New Roman"/>
          <w:b/>
          <w:sz w:val="22"/>
          <w:lang w:val="it-IT"/>
        </w:rPr>
        <w:t>Punteggio massimo previsto dall’Avviso: 6 punti</w:t>
      </w:r>
    </w:p>
    <w:p w14:paraId="377C25AA" w14:textId="77777777" w:rsidR="007701BB" w:rsidRPr="00EF5372" w:rsidRDefault="00E62C0F">
      <w:pPr>
        <w:rPr>
          <w:rFonts w:ascii="Times New Roman" w:hAnsi="Times New Roman" w:cs="Times New Roman"/>
          <w:i/>
          <w:iCs/>
          <w:sz w:val="22"/>
          <w:lang w:val="it-IT"/>
        </w:rPr>
      </w:pPr>
      <w:r w:rsidRPr="00EF5372">
        <w:rPr>
          <w:rFonts w:ascii="Times New Roman" w:hAnsi="Times New Roman" w:cs="Times New Roman"/>
          <w:i/>
          <w:iCs/>
          <w:sz w:val="22"/>
          <w:lang w:val="it-IT"/>
        </w:rPr>
        <w:t>Descrivere i principali contenuti e le tematiche che si intendono affrontare nel percorso, evidenziandone la coerenza con le finalità del LEPS, con gli obiettivi indicati nell’Avviso e con i destinatari della specifica tipologia di supervisione.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7B936E98" w14:textId="77777777">
        <w:trPr>
          <w:jc w:val="center"/>
        </w:trPr>
        <w:tc>
          <w:tcPr>
            <w:tcW w:w="99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BDC74C" w14:textId="77777777" w:rsidR="007701BB" w:rsidRPr="00EF5372" w:rsidRDefault="00E62C0F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</w:tc>
      </w:tr>
    </w:tbl>
    <w:p w14:paraId="6206C211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sz w:val="22"/>
          <w:lang w:val="it-IT"/>
        </w:rPr>
        <w:br w:type="page"/>
      </w:r>
    </w:p>
    <w:p w14:paraId="384FE1F7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lastRenderedPageBreak/>
        <w:t>3. MODELLO TEORICO E APPROCCIO METODOLOGICO</w:t>
      </w:r>
    </w:p>
    <w:p w14:paraId="6B9C87C3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Punteggio massimo previsto dall’Avviso: 7 punti</w:t>
      </w:r>
    </w:p>
    <w:p w14:paraId="6F11252B" w14:textId="31EBA894" w:rsidR="007701BB" w:rsidRPr="00EF5372" w:rsidRDefault="00E62C0F">
      <w:pPr>
        <w:rPr>
          <w:rFonts w:ascii="Times New Roman" w:hAnsi="Times New Roman" w:cs="Times New Roman"/>
          <w:i/>
          <w:iCs/>
          <w:sz w:val="22"/>
          <w:lang w:val="it-IT"/>
        </w:rPr>
      </w:pPr>
      <w:r w:rsidRPr="00EF5372">
        <w:rPr>
          <w:rFonts w:ascii="Times New Roman" w:hAnsi="Times New Roman" w:cs="Times New Roman"/>
          <w:i/>
          <w:iCs/>
          <w:sz w:val="22"/>
          <w:lang w:val="it-IT"/>
        </w:rPr>
        <w:t xml:space="preserve">Illustrare il modello teorico </w:t>
      </w:r>
      <w:r w:rsidR="005E762E" w:rsidRPr="005E762E">
        <w:rPr>
          <w:rFonts w:ascii="Times New Roman" w:hAnsi="Times New Roman" w:cs="Times New Roman"/>
          <w:i/>
          <w:iCs/>
          <w:sz w:val="22"/>
          <w:lang w:val="it-IT"/>
        </w:rPr>
        <w:t xml:space="preserve">o i modelli teorici </w:t>
      </w:r>
      <w:r w:rsidRPr="00EF5372">
        <w:rPr>
          <w:rFonts w:ascii="Times New Roman" w:hAnsi="Times New Roman" w:cs="Times New Roman"/>
          <w:i/>
          <w:iCs/>
          <w:sz w:val="22"/>
          <w:lang w:val="it-IT"/>
        </w:rPr>
        <w:t xml:space="preserve">di riferimento e l’approccio metodologico </w:t>
      </w:r>
      <w:r w:rsidR="005E762E" w:rsidRPr="005E762E">
        <w:rPr>
          <w:rFonts w:ascii="Times New Roman" w:hAnsi="Times New Roman" w:cs="Times New Roman"/>
          <w:i/>
          <w:iCs/>
          <w:sz w:val="22"/>
          <w:lang w:val="it-IT"/>
        </w:rPr>
        <w:t xml:space="preserve">che </w:t>
      </w:r>
      <w:r w:rsidR="005E762E">
        <w:rPr>
          <w:rFonts w:ascii="Times New Roman" w:hAnsi="Times New Roman" w:cs="Times New Roman"/>
          <w:i/>
          <w:iCs/>
          <w:sz w:val="22"/>
          <w:lang w:val="it-IT"/>
        </w:rPr>
        <w:t xml:space="preserve">si </w:t>
      </w:r>
      <w:r w:rsidR="005E762E" w:rsidRPr="005E762E">
        <w:rPr>
          <w:rFonts w:ascii="Times New Roman" w:hAnsi="Times New Roman" w:cs="Times New Roman"/>
          <w:i/>
          <w:iCs/>
          <w:sz w:val="22"/>
          <w:lang w:val="it-IT"/>
        </w:rPr>
        <w:t xml:space="preserve">intende adottare, illustrandone i principali presupposti e le modalità attraverso le quali saranno concretamente utilizzati nel percorso di supervisione, </w:t>
      </w:r>
      <w:r w:rsidR="005E762E" w:rsidRPr="005E762E">
        <w:rPr>
          <w:rFonts w:ascii="Times New Roman" w:hAnsi="Times New Roman" w:cs="Times New Roman"/>
          <w:bCs/>
          <w:i/>
          <w:iCs/>
          <w:sz w:val="22"/>
          <w:lang w:val="it-IT"/>
        </w:rPr>
        <w:t>in relazione alla specifica tipologia di supervisione e ai relativi destinatari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4B848D81" w14:textId="77777777">
        <w:trPr>
          <w:jc w:val="center"/>
        </w:trPr>
        <w:tc>
          <w:tcPr>
            <w:tcW w:w="99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D7950" w14:textId="49E54D29" w:rsidR="005E762E" w:rsidRPr="005E762E" w:rsidRDefault="00E62C0F" w:rsidP="005E762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  <w:p w14:paraId="7FCBE106" w14:textId="77777777" w:rsidR="007701BB" w:rsidRPr="00EF5372" w:rsidRDefault="00E62C0F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</w:tc>
      </w:tr>
    </w:tbl>
    <w:p w14:paraId="37355E1D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4. METODOLOGIE, TECNICHE E STRUMENTI</w:t>
      </w:r>
    </w:p>
    <w:p w14:paraId="1568469E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Punteggio massimo previsto dall’Avviso: 9 punti</w:t>
      </w:r>
    </w:p>
    <w:p w14:paraId="5C69EB32" w14:textId="47DBA312" w:rsidR="007701BB" w:rsidRPr="00EF5372" w:rsidRDefault="00E62C0F">
      <w:pPr>
        <w:rPr>
          <w:rFonts w:ascii="Times New Roman" w:hAnsi="Times New Roman" w:cs="Times New Roman"/>
          <w:i/>
          <w:iCs/>
          <w:sz w:val="22"/>
          <w:lang w:val="it-IT"/>
        </w:rPr>
      </w:pPr>
      <w:r w:rsidRPr="00EF5372">
        <w:rPr>
          <w:rFonts w:ascii="Times New Roman" w:hAnsi="Times New Roman" w:cs="Times New Roman"/>
          <w:i/>
          <w:iCs/>
          <w:sz w:val="22"/>
          <w:lang w:val="it-IT"/>
        </w:rPr>
        <w:t xml:space="preserve">Descrivere le metodologie, le tecniche e gli strumenti che si intendono utilizzare </w:t>
      </w:r>
      <w:r w:rsidR="00A637E0" w:rsidRPr="00A637E0">
        <w:rPr>
          <w:rFonts w:ascii="Times New Roman" w:hAnsi="Times New Roman" w:cs="Times New Roman"/>
          <w:i/>
          <w:iCs/>
          <w:sz w:val="22"/>
          <w:lang w:val="it-IT"/>
        </w:rPr>
        <w:t>nello svolgimento delle attività di supervisione</w:t>
      </w:r>
      <w:r w:rsidRPr="00EF5372">
        <w:rPr>
          <w:rFonts w:ascii="Times New Roman" w:hAnsi="Times New Roman" w:cs="Times New Roman"/>
          <w:i/>
          <w:iCs/>
          <w:sz w:val="22"/>
          <w:lang w:val="it-IT"/>
        </w:rPr>
        <w:t>, specificando come saranno adattati alla supervisione individuale e/o di gruppo degli Assistenti sociali (Sezione A) oppure alla supervisione organizzativa delle équipe multiprofessionali (Sezione B).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0FBBB56C" w14:textId="77777777">
        <w:trPr>
          <w:jc w:val="center"/>
        </w:trPr>
        <w:tc>
          <w:tcPr>
            <w:tcW w:w="99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0C829" w14:textId="7BA1DB56" w:rsidR="007701BB" w:rsidRPr="00EF5372" w:rsidRDefault="00E62C0F" w:rsidP="00A637E0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</w:tc>
      </w:tr>
    </w:tbl>
    <w:p w14:paraId="2F2BB29F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sz w:val="22"/>
          <w:lang w:val="it-IT"/>
        </w:rPr>
        <w:br w:type="page"/>
      </w:r>
    </w:p>
    <w:p w14:paraId="3A70550E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lastRenderedPageBreak/>
        <w:t>5. MONITORAGGIO E VALUTAZIONE DEL PERCORSO</w:t>
      </w:r>
    </w:p>
    <w:p w14:paraId="027BC505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Punteggio massimo previsto dall’Avviso: 4 punti</w:t>
      </w:r>
    </w:p>
    <w:p w14:paraId="6141F681" w14:textId="77777777" w:rsidR="007701BB" w:rsidRPr="00EF5372" w:rsidRDefault="00E62C0F">
      <w:pPr>
        <w:rPr>
          <w:rFonts w:ascii="Times New Roman" w:hAnsi="Times New Roman" w:cs="Times New Roman"/>
          <w:i/>
          <w:iCs/>
          <w:sz w:val="22"/>
          <w:lang w:val="it-IT"/>
        </w:rPr>
      </w:pPr>
      <w:r w:rsidRPr="00EF5372">
        <w:rPr>
          <w:rFonts w:ascii="Times New Roman" w:hAnsi="Times New Roman" w:cs="Times New Roman"/>
          <w:i/>
          <w:iCs/>
          <w:sz w:val="22"/>
          <w:lang w:val="it-IT"/>
        </w:rPr>
        <w:t>Descrivere le modalità attraverso le quali si intende monitorare l’andamento del percorso e valutarne l’efficacia, nel rispetto degli strumenti e delle indicazioni che saranno definiti dall’Amministrazione.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582E45E1" w14:textId="77777777">
        <w:trPr>
          <w:jc w:val="center"/>
        </w:trPr>
        <w:tc>
          <w:tcPr>
            <w:tcW w:w="99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A9AB8" w14:textId="77777777" w:rsidR="007701BB" w:rsidRPr="00EF5372" w:rsidRDefault="00E62C0F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</w:tc>
      </w:tr>
    </w:tbl>
    <w:p w14:paraId="023BBC0F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6. RISULTATI ATTESI</w:t>
      </w:r>
    </w:p>
    <w:p w14:paraId="48AA2D77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Punteggio massimo previsto dall’Avviso: 4 punti</w:t>
      </w:r>
    </w:p>
    <w:p w14:paraId="439F19E8" w14:textId="23753249" w:rsidR="007701BB" w:rsidRPr="00EF5372" w:rsidRDefault="008B1C95" w:rsidP="00A637E0">
      <w:pPr>
        <w:jc w:val="both"/>
        <w:rPr>
          <w:rFonts w:ascii="Times New Roman" w:hAnsi="Times New Roman" w:cs="Times New Roman"/>
          <w:i/>
          <w:iCs/>
          <w:sz w:val="22"/>
          <w:lang w:val="it-IT"/>
        </w:rPr>
      </w:pPr>
      <w:r w:rsidRPr="008B1C95">
        <w:rPr>
          <w:rFonts w:ascii="Times New Roman" w:hAnsi="Times New Roman" w:cs="Times New Roman"/>
          <w:i/>
          <w:iCs/>
          <w:sz w:val="22"/>
          <w:lang w:val="it-IT"/>
        </w:rPr>
        <w:t>Indicare i principali risultati attesi dal percorso di supervisione, evidenziandone la coerenza con le finalità e gli obiettivi definiti dall’Amministrazione e con la specifica tipologia di supervisione oggetto della candidatura.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7701BB" w:rsidRPr="008B1C95" w14:paraId="3EFE1748" w14:textId="77777777">
        <w:trPr>
          <w:jc w:val="center"/>
        </w:trPr>
        <w:tc>
          <w:tcPr>
            <w:tcW w:w="99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1A46F" w14:textId="2D9C835E" w:rsidR="007701BB" w:rsidRPr="00EF5372" w:rsidRDefault="00E62C0F" w:rsidP="00A637E0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  <w:r w:rsidRPr="00EF5372">
              <w:rPr>
                <w:rFonts w:ascii="Times New Roman" w:hAnsi="Times New Roman" w:cs="Times New Roman"/>
                <w:sz w:val="22"/>
                <w:lang w:val="it-IT"/>
              </w:rPr>
              <w:br/>
            </w:r>
          </w:p>
        </w:tc>
      </w:tr>
    </w:tbl>
    <w:p w14:paraId="34D000A5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b/>
          <w:sz w:val="22"/>
          <w:lang w:val="it-IT"/>
        </w:rPr>
        <w:t>7. DICHIARAZIONE FINALE</w:t>
      </w:r>
    </w:p>
    <w:p w14:paraId="2AB58B77" w14:textId="77777777" w:rsidR="007701BB" w:rsidRPr="00EF5372" w:rsidRDefault="00E62C0F">
      <w:pPr>
        <w:rPr>
          <w:rFonts w:ascii="Times New Roman" w:hAnsi="Times New Roman" w:cs="Times New Roman"/>
          <w:sz w:val="22"/>
          <w:lang w:val="it-IT"/>
        </w:rPr>
      </w:pPr>
      <w:r w:rsidRPr="00EF5372">
        <w:rPr>
          <w:rFonts w:ascii="Times New Roman" w:hAnsi="Times New Roman" w:cs="Times New Roman"/>
          <w:sz w:val="22"/>
          <w:lang w:val="it-IT"/>
        </w:rPr>
        <w:t>Il/La sottoscritto/a dichiara che il presente Piano di Supervisione è stato elaborato nel rispetto delle disposizioni dell’Avviso pubblico e che quanto in esso rappresentato costituisce la proposta metodologica presentata ai fini della valutazione comparativa.</w:t>
      </w:r>
    </w:p>
    <w:p w14:paraId="4DD700D7" w14:textId="77777777" w:rsidR="00EF5372" w:rsidRPr="008B1C95" w:rsidRDefault="00EF5372" w:rsidP="00EF5372">
      <w:pPr>
        <w:spacing w:line="240" w:lineRule="auto"/>
        <w:rPr>
          <w:rFonts w:ascii="Times New Roman" w:hAnsi="Times New Roman" w:cs="Times New Roman"/>
          <w:sz w:val="22"/>
          <w:lang w:val="it-IT"/>
        </w:rPr>
      </w:pPr>
    </w:p>
    <w:p w14:paraId="2E3F4F39" w14:textId="0B8BC3D2" w:rsidR="009847E6" w:rsidRPr="009847E6" w:rsidRDefault="009847E6" w:rsidP="009847E6">
      <w:pPr>
        <w:spacing w:after="80" w:line="252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9847E6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9847E6">
        <w:rPr>
          <w:rFonts w:ascii="Times New Roman" w:hAnsi="Times New Roman" w:cs="Times New Roman"/>
          <w:sz w:val="22"/>
          <w:szCs w:val="24"/>
          <w:lang w:val="it-IT"/>
        </w:rPr>
        <w:t xml:space="preserve"> sotto</w:t>
      </w:r>
      <w:r>
        <w:rPr>
          <w:rFonts w:ascii="Times New Roman" w:hAnsi="Times New Roman" w:cs="Times New Roman"/>
          <w:sz w:val="22"/>
          <w:szCs w:val="24"/>
          <w:lang w:val="it-IT"/>
        </w:rPr>
        <w:t>scrive il presente Piano di supervisione</w:t>
      </w:r>
      <w:r w:rsidRPr="009847E6">
        <w:rPr>
          <w:rFonts w:ascii="Times New Roman" w:hAnsi="Times New Roman" w:cs="Times New Roman"/>
          <w:sz w:val="22"/>
          <w:szCs w:val="24"/>
          <w:lang w:val="it-IT"/>
        </w:rPr>
        <w:t xml:space="preserve"> e allega copia fotostatica del proprio documento di identità</w:t>
      </w:r>
    </w:p>
    <w:p w14:paraId="19716DF2" w14:textId="51F4D49F" w:rsidR="009847E6" w:rsidRPr="008B1C95" w:rsidRDefault="009847E6" w:rsidP="009847E6">
      <w:pPr>
        <w:spacing w:after="80" w:line="252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9847E6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9847E6">
        <w:rPr>
          <w:rFonts w:ascii="Times New Roman" w:hAnsi="Times New Roman" w:cs="Times New Roman"/>
          <w:sz w:val="22"/>
          <w:szCs w:val="24"/>
          <w:lang w:val="it-IT"/>
        </w:rPr>
        <w:t xml:space="preserve"> firma digitalmente il presente Piano di supervisione</w:t>
      </w:r>
    </w:p>
    <w:p w14:paraId="2F938C45" w14:textId="77777777" w:rsidR="009847E6" w:rsidRPr="009847E6" w:rsidRDefault="009847E6" w:rsidP="009847E6">
      <w:pPr>
        <w:spacing w:after="80" w:line="252" w:lineRule="auto"/>
        <w:rPr>
          <w:rFonts w:ascii="Times New Roman" w:hAnsi="Times New Roman" w:cs="Times New Roman"/>
          <w:sz w:val="22"/>
          <w:szCs w:val="24"/>
        </w:rPr>
      </w:pPr>
      <w:r w:rsidRPr="009847E6">
        <w:rPr>
          <w:rFonts w:ascii="Times New Roman" w:hAnsi="Times New Roman" w:cs="Times New Roman"/>
          <w:sz w:val="22"/>
          <w:szCs w:val="24"/>
        </w:rPr>
        <w:t>Luogo e data __________________________________</w:t>
      </w:r>
    </w:p>
    <w:p w14:paraId="4A79051D" w14:textId="77777777" w:rsidR="009847E6" w:rsidRPr="009847E6" w:rsidRDefault="009847E6" w:rsidP="009847E6">
      <w:pPr>
        <w:spacing w:after="80" w:line="252" w:lineRule="auto"/>
        <w:rPr>
          <w:rFonts w:ascii="Times New Roman" w:hAnsi="Times New Roman" w:cs="Times New Roman"/>
          <w:sz w:val="22"/>
          <w:szCs w:val="24"/>
        </w:rPr>
      </w:pPr>
    </w:p>
    <w:p w14:paraId="43A40A59" w14:textId="5746EAF9" w:rsidR="00E62C0F" w:rsidRPr="00F3628C" w:rsidRDefault="009847E6" w:rsidP="00F3628C">
      <w:pPr>
        <w:spacing w:after="80" w:line="252" w:lineRule="auto"/>
        <w:jc w:val="right"/>
        <w:rPr>
          <w:rFonts w:ascii="Times New Roman" w:hAnsi="Times New Roman" w:cs="Times New Roman"/>
          <w:sz w:val="22"/>
          <w:szCs w:val="24"/>
        </w:rPr>
      </w:pPr>
      <w:r w:rsidRPr="009847E6">
        <w:rPr>
          <w:rFonts w:ascii="Times New Roman" w:hAnsi="Times New Roman" w:cs="Times New Roman"/>
          <w:sz w:val="22"/>
          <w:szCs w:val="24"/>
        </w:rPr>
        <w:t>Firma __________________________________________</w:t>
      </w:r>
    </w:p>
    <w:sectPr w:rsidR="00E62C0F" w:rsidRPr="00F3628C" w:rsidSect="00034616">
      <w:headerReference w:type="default" r:id="rId8"/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24254" w14:textId="77777777" w:rsidR="0032629E" w:rsidRDefault="0032629E">
      <w:pPr>
        <w:spacing w:after="0" w:line="240" w:lineRule="auto"/>
      </w:pPr>
      <w:r>
        <w:separator/>
      </w:r>
    </w:p>
  </w:endnote>
  <w:endnote w:type="continuationSeparator" w:id="0">
    <w:p w14:paraId="7B140778" w14:textId="77777777" w:rsidR="0032629E" w:rsidRDefault="00326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12397" w14:textId="70975FDB" w:rsidR="00EF5372" w:rsidRPr="00EF5372" w:rsidRDefault="00EF5372" w:rsidP="00EF5372">
    <w:pPr>
      <w:tabs>
        <w:tab w:val="center" w:pos="4680"/>
        <w:tab w:val="right" w:pos="9360"/>
      </w:tabs>
      <w:spacing w:after="0" w:line="240" w:lineRule="auto"/>
      <w:jc w:val="center"/>
      <w:rPr>
        <w:sz w:val="19"/>
        <w:lang w:val="it-IT"/>
      </w:rPr>
    </w:pPr>
    <w:r w:rsidRPr="00EF5372">
      <w:rPr>
        <w:sz w:val="15"/>
        <w:lang w:val="it-IT"/>
      </w:rPr>
      <w:t xml:space="preserve">Allegato </w:t>
    </w:r>
    <w:r>
      <w:rPr>
        <w:sz w:val="15"/>
        <w:lang w:val="it-IT"/>
      </w:rPr>
      <w:t>3</w:t>
    </w:r>
    <w:r w:rsidRPr="00EF5372">
      <w:rPr>
        <w:sz w:val="15"/>
        <w:lang w:val="it-IT"/>
      </w:rPr>
      <w:t xml:space="preserve"> – </w:t>
    </w:r>
    <w:r>
      <w:rPr>
        <w:sz w:val="15"/>
        <w:lang w:val="it-IT"/>
      </w:rPr>
      <w:t>Piano di supervisione</w:t>
    </w:r>
  </w:p>
  <w:p w14:paraId="024F325F" w14:textId="02F778AE" w:rsidR="00EF5372" w:rsidRPr="00EF5372" w:rsidRDefault="00EF5372">
    <w:pPr>
      <w:pStyle w:val="Pidipagina"/>
      <w:jc w:val="center"/>
      <w:rPr>
        <w:color w:val="4F81BD" w:themeColor="accent1"/>
        <w:lang w:val="it-IT"/>
      </w:rPr>
    </w:pPr>
    <w:r>
      <w:rPr>
        <w:color w:val="4F81BD" w:themeColor="accent1"/>
        <w:lang w:val="it-IT"/>
      </w:rPr>
      <w:t xml:space="preserve">Pag. </w:t>
    </w:r>
    <w:r>
      <w:rPr>
        <w:color w:val="4F81BD" w:themeColor="accent1"/>
      </w:rPr>
      <w:fldChar w:fldCharType="begin"/>
    </w:r>
    <w:r w:rsidRPr="00EF5372">
      <w:rPr>
        <w:color w:val="4F81BD" w:themeColor="accent1"/>
        <w:lang w:val="it-IT"/>
      </w:rPr>
      <w:instrText>PAGE  \* Arabic  \* MERGEFORMAT</w:instrText>
    </w:r>
    <w:r>
      <w:rPr>
        <w:color w:val="4F81BD" w:themeColor="accent1"/>
      </w:rPr>
      <w:fldChar w:fldCharType="separate"/>
    </w:r>
    <w:r w:rsidR="008C76CD">
      <w:rPr>
        <w:noProof/>
        <w:color w:val="4F81BD" w:themeColor="accent1"/>
        <w:lang w:val="it-IT"/>
      </w:rPr>
      <w:t>1</w:t>
    </w:r>
    <w:r>
      <w:rPr>
        <w:color w:val="4F81BD" w:themeColor="accent1"/>
      </w:rPr>
      <w:fldChar w:fldCharType="end"/>
    </w:r>
    <w:r>
      <w:rPr>
        <w:color w:val="4F81BD" w:themeColor="accent1"/>
        <w:lang w:val="it-IT"/>
      </w:rPr>
      <w:t xml:space="preserve"> di </w:t>
    </w:r>
    <w:r>
      <w:rPr>
        <w:color w:val="4F81BD" w:themeColor="accent1"/>
      </w:rPr>
      <w:fldChar w:fldCharType="begin"/>
    </w:r>
    <w:r w:rsidRPr="00EF5372">
      <w:rPr>
        <w:color w:val="4F81BD" w:themeColor="accent1"/>
        <w:lang w:val="it-IT"/>
      </w:rPr>
      <w:instrText>NUMPAGES  \* Arabic  \* MERGEFORMAT</w:instrText>
    </w:r>
    <w:r>
      <w:rPr>
        <w:color w:val="4F81BD" w:themeColor="accent1"/>
      </w:rPr>
      <w:fldChar w:fldCharType="separate"/>
    </w:r>
    <w:r w:rsidR="008C76CD">
      <w:rPr>
        <w:noProof/>
        <w:color w:val="4F81BD" w:themeColor="accent1"/>
        <w:lang w:val="it-IT"/>
      </w:rPr>
      <w:t>3</w:t>
    </w:r>
    <w:r>
      <w:rPr>
        <w:color w:val="4F81BD" w:themeColor="accent1"/>
      </w:rPr>
      <w:fldChar w:fldCharType="end"/>
    </w:r>
  </w:p>
  <w:p w14:paraId="2D3376FB" w14:textId="0D5DA449" w:rsidR="007701BB" w:rsidRPr="00EF5372" w:rsidRDefault="007701BB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A4B2" w14:textId="77777777" w:rsidR="0032629E" w:rsidRDefault="0032629E">
      <w:pPr>
        <w:spacing w:after="0" w:line="240" w:lineRule="auto"/>
      </w:pPr>
      <w:r>
        <w:separator/>
      </w:r>
    </w:p>
  </w:footnote>
  <w:footnote w:type="continuationSeparator" w:id="0">
    <w:p w14:paraId="19C49976" w14:textId="77777777" w:rsidR="0032629E" w:rsidRDefault="00326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1619" w14:textId="77777777" w:rsidR="00EF5372" w:rsidRPr="00EF5372" w:rsidRDefault="00EF5372" w:rsidP="00EF5372">
    <w:pPr>
      <w:suppressAutoHyphens/>
      <w:spacing w:after="200"/>
      <w:jc w:val="center"/>
      <w:rPr>
        <w:rFonts w:ascii="Times New Roman" w:eastAsia="Times New Roman" w:hAnsi="Times New Roman" w:cs="Verdana"/>
        <w:b/>
        <w:bCs/>
        <w:noProof/>
        <w:kern w:val="3"/>
        <w:szCs w:val="20"/>
        <w:lang w:val="it-IT" w:eastAsia="zh-CN"/>
      </w:rPr>
    </w:pPr>
    <w:r w:rsidRPr="00EF5372">
      <w:rPr>
        <w:rFonts w:ascii="Times New Roman" w:eastAsia="Times New Roman" w:hAnsi="Times New Roman" w:cs="Verdana"/>
        <w:b/>
        <w:bCs/>
        <w:noProof/>
        <w:kern w:val="3"/>
        <w:szCs w:val="20"/>
        <w:lang w:val="it-IT" w:eastAsia="it-IT"/>
      </w:rPr>
      <w:drawing>
        <wp:anchor distT="0" distB="0" distL="114300" distR="114300" simplePos="0" relativeHeight="251659264" behindDoc="0" locked="0" layoutInCell="1" allowOverlap="1" wp14:anchorId="655FE806" wp14:editId="6771A21F">
          <wp:simplePos x="0" y="0"/>
          <wp:positionH relativeFrom="column">
            <wp:posOffset>2639060</wp:posOffset>
          </wp:positionH>
          <wp:positionV relativeFrom="paragraph">
            <wp:posOffset>-418465</wp:posOffset>
          </wp:positionV>
          <wp:extent cx="1068705" cy="1022350"/>
          <wp:effectExtent l="0" t="0" r="0" b="6300"/>
          <wp:wrapSquare wrapText="bothSides"/>
          <wp:docPr id="1590475570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705" cy="102235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530C049" w14:textId="77777777" w:rsidR="00EF5372" w:rsidRPr="00EF5372" w:rsidRDefault="00EF5372" w:rsidP="00EF5372">
    <w:pPr>
      <w:suppressAutoHyphens/>
      <w:spacing w:after="200"/>
      <w:jc w:val="center"/>
      <w:rPr>
        <w:rFonts w:ascii="Calibri" w:eastAsia="Times New Roman" w:hAnsi="Calibri" w:cs="Times New Roman"/>
        <w:bCs/>
        <w:i/>
        <w:iCs/>
        <w:sz w:val="22"/>
        <w:lang w:val="it-IT" w:eastAsia="it-IT"/>
      </w:rPr>
    </w:pPr>
  </w:p>
  <w:p w14:paraId="3A4D6618" w14:textId="77777777" w:rsidR="00EF5372" w:rsidRPr="00EF5372" w:rsidRDefault="00EF5372" w:rsidP="00EF5372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Verdana"/>
        <w:b/>
        <w:bCs/>
        <w:kern w:val="3"/>
        <w:szCs w:val="20"/>
        <w:lang w:val="it-IT" w:eastAsia="zh-CN"/>
      </w:rPr>
    </w:pPr>
    <w:r w:rsidRPr="00EF5372">
      <w:rPr>
        <w:rFonts w:ascii="Times New Roman" w:eastAsia="Times New Roman" w:hAnsi="Times New Roman" w:cs="Verdana"/>
        <w:b/>
        <w:bCs/>
        <w:kern w:val="3"/>
        <w:szCs w:val="20"/>
        <w:lang w:val="it-IT" w:eastAsia="zh-CN"/>
      </w:rPr>
      <w:t>Area Welfare</w:t>
    </w:r>
  </w:p>
  <w:p w14:paraId="46527BB0" w14:textId="77777777" w:rsidR="00EF5372" w:rsidRPr="00EF5372" w:rsidRDefault="00EF5372" w:rsidP="00EF5372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Verdana"/>
        <w:b/>
        <w:bCs/>
        <w:kern w:val="3"/>
        <w:szCs w:val="20"/>
        <w:lang w:val="it-IT" w:eastAsia="zh-CN"/>
      </w:rPr>
    </w:pPr>
    <w:r w:rsidRPr="00EF5372">
      <w:rPr>
        <w:rFonts w:ascii="Times New Roman" w:eastAsia="Times New Roman" w:hAnsi="Times New Roman" w:cs="Verdana"/>
        <w:b/>
        <w:bCs/>
        <w:kern w:val="3"/>
        <w:szCs w:val="20"/>
        <w:lang w:val="it-IT" w:eastAsia="zh-CN"/>
      </w:rPr>
      <w:t>Servizio Programmazione Sociale ed Emergenze sociali</w:t>
    </w:r>
  </w:p>
  <w:p w14:paraId="3D3D4C0A" w14:textId="77777777" w:rsidR="00EF5372" w:rsidRPr="00EF5372" w:rsidRDefault="00EF5372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8597476">
    <w:abstractNumId w:val="8"/>
  </w:num>
  <w:num w:numId="2" w16cid:durableId="1867517391">
    <w:abstractNumId w:val="6"/>
  </w:num>
  <w:num w:numId="3" w16cid:durableId="443233154">
    <w:abstractNumId w:val="5"/>
  </w:num>
  <w:num w:numId="4" w16cid:durableId="1626232013">
    <w:abstractNumId w:val="4"/>
  </w:num>
  <w:num w:numId="5" w16cid:durableId="1706444850">
    <w:abstractNumId w:val="7"/>
  </w:num>
  <w:num w:numId="6" w16cid:durableId="333075129">
    <w:abstractNumId w:val="3"/>
  </w:num>
  <w:num w:numId="7" w16cid:durableId="118106447">
    <w:abstractNumId w:val="2"/>
  </w:num>
  <w:num w:numId="8" w16cid:durableId="531651843">
    <w:abstractNumId w:val="1"/>
  </w:num>
  <w:num w:numId="9" w16cid:durableId="1623805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432"/>
    <w:rsid w:val="0029639D"/>
    <w:rsid w:val="0032629E"/>
    <w:rsid w:val="00326F90"/>
    <w:rsid w:val="00402DEA"/>
    <w:rsid w:val="0042141D"/>
    <w:rsid w:val="005E762E"/>
    <w:rsid w:val="007701BB"/>
    <w:rsid w:val="007F744E"/>
    <w:rsid w:val="008B1C95"/>
    <w:rsid w:val="008C76CD"/>
    <w:rsid w:val="00924F41"/>
    <w:rsid w:val="009847E6"/>
    <w:rsid w:val="00A637E0"/>
    <w:rsid w:val="00AA1D8D"/>
    <w:rsid w:val="00AD52DD"/>
    <w:rsid w:val="00B47730"/>
    <w:rsid w:val="00CB0664"/>
    <w:rsid w:val="00E62C0F"/>
    <w:rsid w:val="00E76A6E"/>
    <w:rsid w:val="00EF5372"/>
    <w:rsid w:val="00F362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18FE0C"/>
  <w14:defaultImageDpi w14:val="300"/>
  <w15:docId w15:val="{A2039172-458F-4673-B0B4-00AC662B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699674-9665-42D2-B094-5B6BDC230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GIOVANNA DE FALCO</cp:lastModifiedBy>
  <cp:revision>13</cp:revision>
  <dcterms:created xsi:type="dcterms:W3CDTF">2013-12-23T23:15:00Z</dcterms:created>
  <dcterms:modified xsi:type="dcterms:W3CDTF">2026-09-25T11:13:00Z</dcterms:modified>
  <cp:category/>
</cp:coreProperties>
</file>