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ED4E1" w14:textId="77777777" w:rsidR="005B3A5B" w:rsidRPr="00C0165C" w:rsidRDefault="00317006">
      <w:pPr>
        <w:spacing w:before="100"/>
        <w:jc w:val="center"/>
        <w:rPr>
          <w:rFonts w:ascii="Times New Roman" w:hAnsi="Times New Roman" w:cs="Times New Roman"/>
          <w:sz w:val="20"/>
          <w:szCs w:val="24"/>
          <w:lang w:val="it-IT"/>
        </w:rPr>
      </w:pPr>
      <w:r w:rsidRPr="00C0165C">
        <w:rPr>
          <w:rFonts w:ascii="Times New Roman" w:hAnsi="Times New Roman" w:cs="Times New Roman"/>
          <w:b/>
          <w:sz w:val="28"/>
          <w:szCs w:val="24"/>
          <w:lang w:val="it-IT"/>
        </w:rPr>
        <w:t>ALLEGATO 2</w:t>
      </w:r>
    </w:p>
    <w:p w14:paraId="50B98FA8" w14:textId="77777777" w:rsidR="005B3A5B" w:rsidRPr="00C0165C" w:rsidRDefault="00317006">
      <w:pPr>
        <w:jc w:val="center"/>
        <w:rPr>
          <w:rFonts w:ascii="Times New Roman" w:hAnsi="Times New Roman" w:cs="Times New Roman"/>
          <w:sz w:val="20"/>
          <w:szCs w:val="24"/>
          <w:lang w:val="it-IT"/>
        </w:rPr>
      </w:pPr>
      <w:r w:rsidRPr="00C0165C">
        <w:rPr>
          <w:rFonts w:ascii="Times New Roman" w:hAnsi="Times New Roman" w:cs="Times New Roman"/>
          <w:b/>
          <w:sz w:val="28"/>
          <w:szCs w:val="24"/>
          <w:lang w:val="it-IT"/>
        </w:rPr>
        <w:t>SCHEDA SINTETICA DELLE ESPERIENZE PROFESSIONALI E DEI TITOLI</w:t>
      </w:r>
    </w:p>
    <w:p w14:paraId="43A82243" w14:textId="392B36BC" w:rsidR="009B029C" w:rsidRPr="009B029C" w:rsidRDefault="009B029C" w:rsidP="0044586B">
      <w:pPr>
        <w:spacing w:before="140" w:after="80"/>
        <w:jc w:val="center"/>
        <w:rPr>
          <w:rFonts w:ascii="Times New Roman" w:hAnsi="Times New Roman" w:cs="Times New Roman"/>
          <w:b/>
          <w:bCs/>
          <w:iCs/>
          <w:sz w:val="22"/>
          <w:lang w:val="it-IT"/>
        </w:rPr>
      </w:pPr>
      <w:r w:rsidRPr="009B029C">
        <w:rPr>
          <w:rFonts w:ascii="Times New Roman" w:hAnsi="Times New Roman" w:cs="Times New Roman"/>
          <w:b/>
          <w:bCs/>
          <w:sz w:val="22"/>
          <w:lang w:val="it-IT"/>
        </w:rPr>
        <w:t xml:space="preserve">Manifestazione di interesse per la costituzione di una Short-List di esperti cui conferire incarichi professionali per lo svolgimento delle attività di Supervisione </w:t>
      </w:r>
      <w:proofErr w:type="spellStart"/>
      <w:r w:rsidRPr="009B029C">
        <w:rPr>
          <w:rFonts w:ascii="Times New Roman" w:hAnsi="Times New Roman" w:cs="Times New Roman"/>
          <w:b/>
          <w:bCs/>
          <w:sz w:val="22"/>
          <w:lang w:val="it-IT"/>
        </w:rPr>
        <w:t>monoprofessionale</w:t>
      </w:r>
      <w:proofErr w:type="spellEnd"/>
      <w:r w:rsidRPr="009B029C">
        <w:rPr>
          <w:rFonts w:ascii="Times New Roman" w:hAnsi="Times New Roman" w:cs="Times New Roman"/>
          <w:b/>
          <w:bCs/>
          <w:sz w:val="22"/>
          <w:lang w:val="it-IT"/>
        </w:rPr>
        <w:t xml:space="preserve"> di gruppo, </w:t>
      </w:r>
      <w:proofErr w:type="spellStart"/>
      <w:r w:rsidRPr="009B029C">
        <w:rPr>
          <w:rFonts w:ascii="Times New Roman" w:hAnsi="Times New Roman" w:cs="Times New Roman"/>
          <w:b/>
          <w:bCs/>
          <w:sz w:val="22"/>
          <w:lang w:val="it-IT"/>
        </w:rPr>
        <w:t>monoprofessionale</w:t>
      </w:r>
      <w:proofErr w:type="spellEnd"/>
      <w:r w:rsidRPr="009B029C">
        <w:rPr>
          <w:rFonts w:ascii="Times New Roman" w:hAnsi="Times New Roman" w:cs="Times New Roman"/>
          <w:b/>
          <w:bCs/>
          <w:sz w:val="22"/>
          <w:lang w:val="it-IT"/>
        </w:rPr>
        <w:t xml:space="preserve"> individuale e organizzativa di équipe </w:t>
      </w:r>
      <w:proofErr w:type="spellStart"/>
      <w:r w:rsidRPr="009B029C">
        <w:rPr>
          <w:rFonts w:ascii="Times New Roman" w:hAnsi="Times New Roman" w:cs="Times New Roman"/>
          <w:b/>
          <w:bCs/>
          <w:sz w:val="22"/>
          <w:lang w:val="it-IT"/>
        </w:rPr>
        <w:t>multiprofessionale</w:t>
      </w:r>
      <w:proofErr w:type="spellEnd"/>
      <w:r w:rsidRPr="009B029C">
        <w:rPr>
          <w:rFonts w:ascii="Times New Roman" w:hAnsi="Times New Roman" w:cs="Times New Roman"/>
          <w:b/>
          <w:bCs/>
          <w:sz w:val="22"/>
          <w:lang w:val="it-IT"/>
        </w:rPr>
        <w:t xml:space="preserve"> rivolta agli assistenti sociali, educatori e psicologi del Comune di Napoli, </w:t>
      </w:r>
      <w:proofErr w:type="spellStart"/>
      <w:r w:rsidRPr="009B029C">
        <w:rPr>
          <w:rFonts w:ascii="Times New Roman" w:hAnsi="Times New Roman" w:cs="Times New Roman"/>
          <w:b/>
          <w:bCs/>
          <w:sz w:val="22"/>
          <w:lang w:val="it-IT"/>
        </w:rPr>
        <w:t>finanziate</w:t>
      </w:r>
      <w:proofErr w:type="spellEnd"/>
      <w:r w:rsidRPr="009B029C">
        <w:rPr>
          <w:rFonts w:ascii="Times New Roman" w:hAnsi="Times New Roman" w:cs="Times New Roman"/>
          <w:b/>
          <w:bCs/>
          <w:sz w:val="22"/>
          <w:lang w:val="it-IT"/>
        </w:rPr>
        <w:t xml:space="preserve"> dal Fondo Nazionale Politiche Sociali (FNPS) - </w:t>
      </w:r>
      <w:r w:rsidRPr="009B029C">
        <w:rPr>
          <w:rFonts w:ascii="Times New Roman" w:hAnsi="Times New Roman" w:cs="Times New Roman"/>
          <w:b/>
          <w:bCs/>
          <w:iCs/>
          <w:sz w:val="22"/>
          <w:lang w:val="it-IT"/>
        </w:rPr>
        <w:t>Quota supervisione del personale dei servizi sociali</w:t>
      </w:r>
    </w:p>
    <w:p w14:paraId="2E02A46D" w14:textId="77777777" w:rsidR="00C0165C" w:rsidRDefault="00C0165C">
      <w:pPr>
        <w:spacing w:before="140" w:after="80"/>
        <w:rPr>
          <w:rFonts w:ascii="Times New Roman" w:hAnsi="Times New Roman" w:cs="Times New Roman"/>
          <w:b/>
          <w:sz w:val="21"/>
          <w:lang w:val="it-IT"/>
        </w:rPr>
      </w:pPr>
    </w:p>
    <w:p w14:paraId="30AA94B7" w14:textId="18D7E897" w:rsidR="005B3A5B" w:rsidRPr="00C0165C" w:rsidRDefault="00317006">
      <w:pPr>
        <w:spacing w:before="140" w:after="80"/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b/>
          <w:sz w:val="21"/>
          <w:lang w:val="it-IT"/>
        </w:rPr>
        <w:t>1</w:t>
      </w:r>
      <w:r w:rsidRPr="00C0165C">
        <w:rPr>
          <w:rFonts w:ascii="Times New Roman" w:hAnsi="Times New Roman" w:cs="Times New Roman"/>
          <w:b/>
          <w:sz w:val="22"/>
          <w:lang w:val="it-IT"/>
        </w:rPr>
        <w:t>. DATI DEL CANDIDATO</w:t>
      </w:r>
    </w:p>
    <w:p w14:paraId="1B1807A0" w14:textId="77777777" w:rsidR="005B3A5B" w:rsidRPr="00C0165C" w:rsidRDefault="00317006">
      <w:pPr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sz w:val="22"/>
          <w:lang w:val="it-IT"/>
        </w:rPr>
        <w:t>Cognome e nome: __________________________________________________________________________________</w:t>
      </w:r>
    </w:p>
    <w:p w14:paraId="03E9421F" w14:textId="75CB7DCA" w:rsidR="005B3A5B" w:rsidRPr="00C0165C" w:rsidRDefault="00317006">
      <w:pPr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sz w:val="22"/>
          <w:lang w:val="it-IT"/>
        </w:rPr>
        <w:t>Sezione della Short List per la qual</w:t>
      </w:r>
      <w:r w:rsidR="00652168">
        <w:rPr>
          <w:rFonts w:ascii="Times New Roman" w:hAnsi="Times New Roman" w:cs="Times New Roman"/>
          <w:sz w:val="22"/>
          <w:lang w:val="it-IT"/>
        </w:rPr>
        <w:t xml:space="preserve">e si presenta la </w:t>
      </w:r>
      <w:proofErr w:type="gramStart"/>
      <w:r w:rsidR="00652168">
        <w:rPr>
          <w:rFonts w:ascii="Times New Roman" w:hAnsi="Times New Roman" w:cs="Times New Roman"/>
          <w:sz w:val="22"/>
          <w:lang w:val="it-IT"/>
        </w:rPr>
        <w:t xml:space="preserve">candidatura:  </w:t>
      </w:r>
      <w:r w:rsidRPr="00C0165C">
        <w:rPr>
          <w:rFonts w:ascii="Times New Roman" w:hAnsi="Times New Roman" w:cs="Times New Roman"/>
          <w:sz w:val="22"/>
          <w:lang w:val="it-IT"/>
        </w:rPr>
        <w:t xml:space="preserve"> </w:t>
      </w:r>
      <w:proofErr w:type="gramEnd"/>
      <w:r w:rsidRPr="00C0165C">
        <w:rPr>
          <w:rFonts w:ascii="Segoe UI Symbol" w:hAnsi="Segoe UI Symbol" w:cs="Segoe UI Symbol"/>
          <w:sz w:val="22"/>
          <w:lang w:val="it-IT"/>
        </w:rPr>
        <w:t>☐</w:t>
      </w:r>
      <w:r w:rsidRPr="00C0165C">
        <w:rPr>
          <w:rFonts w:ascii="Times New Roman" w:hAnsi="Times New Roman" w:cs="Times New Roman"/>
          <w:sz w:val="22"/>
          <w:lang w:val="it-IT"/>
        </w:rPr>
        <w:t xml:space="preserve"> Sezione A        </w:t>
      </w:r>
      <w:r w:rsidRPr="00C0165C">
        <w:rPr>
          <w:rFonts w:ascii="Segoe UI Symbol" w:hAnsi="Segoe UI Symbol" w:cs="Segoe UI Symbol"/>
          <w:sz w:val="22"/>
          <w:lang w:val="it-IT"/>
        </w:rPr>
        <w:t>☐</w:t>
      </w:r>
      <w:r w:rsidRPr="00C0165C">
        <w:rPr>
          <w:rFonts w:ascii="Times New Roman" w:hAnsi="Times New Roman" w:cs="Times New Roman"/>
          <w:sz w:val="22"/>
          <w:lang w:val="it-IT"/>
        </w:rPr>
        <w:t xml:space="preserve"> Sezione B</w:t>
      </w:r>
    </w:p>
    <w:p w14:paraId="482DABCC" w14:textId="77777777" w:rsidR="00FE7234" w:rsidRDefault="00FE7234">
      <w:pPr>
        <w:spacing w:before="140" w:after="80"/>
        <w:rPr>
          <w:rFonts w:ascii="Times New Roman" w:hAnsi="Times New Roman" w:cs="Times New Roman"/>
          <w:b/>
          <w:sz w:val="22"/>
          <w:lang w:val="it-IT"/>
        </w:rPr>
      </w:pPr>
    </w:p>
    <w:p w14:paraId="269A4D32" w14:textId="499A86AE" w:rsidR="005B3A5B" w:rsidRPr="00C0165C" w:rsidRDefault="00317006">
      <w:pPr>
        <w:spacing w:before="140" w:after="80"/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b/>
          <w:sz w:val="22"/>
          <w:lang w:val="it-IT"/>
        </w:rPr>
        <w:t>2. ESPERIENZA LAVORATIVA E/O PROFESSIONALE</w:t>
      </w:r>
      <w:r w:rsidR="00D56355" w:rsidRPr="00C0165C">
        <w:rPr>
          <w:rFonts w:ascii="Times New Roman" w:hAnsi="Times New Roman" w:cs="Times New Roman"/>
          <w:b/>
          <w:sz w:val="22"/>
          <w:lang w:val="it-IT"/>
        </w:rPr>
        <w:t xml:space="preserve"> </w:t>
      </w:r>
    </w:p>
    <w:p w14:paraId="089037E8" w14:textId="0734EDE8" w:rsidR="005B3A5B" w:rsidRPr="00C0165C" w:rsidRDefault="00317006" w:rsidP="00A22F05">
      <w:pPr>
        <w:jc w:val="both"/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i/>
          <w:sz w:val="22"/>
          <w:lang w:val="it-IT"/>
        </w:rPr>
        <w:t>Indicare</w:t>
      </w:r>
      <w:r w:rsidR="00C0165C">
        <w:rPr>
          <w:rFonts w:ascii="Times New Roman" w:hAnsi="Times New Roman" w:cs="Times New Roman"/>
          <w:i/>
          <w:sz w:val="22"/>
          <w:lang w:val="it-IT"/>
        </w:rPr>
        <w:t>, in ordine cronologico,</w:t>
      </w:r>
      <w:r w:rsidRPr="00C0165C">
        <w:rPr>
          <w:rFonts w:ascii="Times New Roman" w:hAnsi="Times New Roman" w:cs="Times New Roman"/>
          <w:i/>
          <w:sz w:val="22"/>
          <w:lang w:val="it-IT"/>
        </w:rPr>
        <w:t xml:space="preserve"> le esperienze utili ai fini </w:t>
      </w:r>
      <w:r w:rsidR="00791C3A">
        <w:rPr>
          <w:rFonts w:ascii="Times New Roman" w:hAnsi="Times New Roman" w:cs="Times New Roman"/>
          <w:i/>
          <w:sz w:val="22"/>
          <w:lang w:val="it-IT"/>
        </w:rPr>
        <w:t>della verifica del possesso dei requisiti professionali stabiliti dall’art. 4 dell’Avviso e</w:t>
      </w:r>
      <w:r w:rsidR="00A22F05">
        <w:rPr>
          <w:rFonts w:ascii="Times New Roman" w:hAnsi="Times New Roman" w:cs="Times New Roman"/>
          <w:i/>
          <w:sz w:val="22"/>
          <w:lang w:val="it-IT"/>
        </w:rPr>
        <w:t xml:space="preserve"> per la successiva</w:t>
      </w:r>
      <w:r w:rsidRPr="00C0165C">
        <w:rPr>
          <w:rFonts w:ascii="Times New Roman" w:hAnsi="Times New Roman" w:cs="Times New Roman"/>
          <w:i/>
          <w:sz w:val="22"/>
          <w:lang w:val="it-IT"/>
        </w:rPr>
        <w:t xml:space="preserve"> valutazione dell’esperienza lavorativa e/o professionale</w:t>
      </w:r>
      <w:r w:rsidR="00A22F05">
        <w:rPr>
          <w:rFonts w:ascii="Times New Roman" w:hAnsi="Times New Roman" w:cs="Times New Roman"/>
          <w:i/>
          <w:sz w:val="22"/>
          <w:lang w:val="it-IT"/>
        </w:rPr>
        <w:t xml:space="preserve"> ulteriore</w:t>
      </w:r>
      <w:r w:rsidRPr="00C0165C">
        <w:rPr>
          <w:rFonts w:ascii="Times New Roman" w:hAnsi="Times New Roman" w:cs="Times New Roman"/>
          <w:i/>
          <w:sz w:val="22"/>
          <w:lang w:val="it-IT"/>
        </w:rPr>
        <w:t>,</w:t>
      </w:r>
      <w:r w:rsidR="00A22F05">
        <w:rPr>
          <w:rFonts w:ascii="Times New Roman" w:hAnsi="Times New Roman" w:cs="Times New Roman"/>
          <w:i/>
          <w:sz w:val="22"/>
          <w:lang w:val="it-IT"/>
        </w:rPr>
        <w:t xml:space="preserve"> sulla base dei </w:t>
      </w:r>
      <w:r w:rsidR="00B5422A">
        <w:rPr>
          <w:rFonts w:ascii="Times New Roman" w:hAnsi="Times New Roman" w:cs="Times New Roman"/>
          <w:i/>
          <w:sz w:val="22"/>
          <w:lang w:val="it-IT"/>
        </w:rPr>
        <w:t xml:space="preserve">criteri stabiliti </w:t>
      </w:r>
      <w:r w:rsidR="00A22F05">
        <w:rPr>
          <w:rFonts w:ascii="Times New Roman" w:hAnsi="Times New Roman" w:cs="Times New Roman"/>
          <w:i/>
          <w:sz w:val="22"/>
          <w:lang w:val="it-IT"/>
        </w:rPr>
        <w:t>all’art. 8 dell’Avviso Pubblico.</w:t>
      </w:r>
      <w:r w:rsidR="00B14643">
        <w:rPr>
          <w:rFonts w:ascii="Times New Roman" w:hAnsi="Times New Roman" w:cs="Times New Roman"/>
          <w:i/>
          <w:sz w:val="22"/>
          <w:lang w:val="it-IT"/>
        </w:rPr>
        <w:t xml:space="preserve"> 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1814"/>
        <w:gridCol w:w="1928"/>
        <w:gridCol w:w="3231"/>
        <w:gridCol w:w="964"/>
        <w:gridCol w:w="964"/>
      </w:tblGrid>
      <w:tr w:rsidR="005B3A5B" w:rsidRPr="00C0165C" w14:paraId="06C2D841" w14:textId="77777777">
        <w:trPr>
          <w:tblHeader/>
          <w:jc w:val="center"/>
        </w:trPr>
        <w:tc>
          <w:tcPr>
            <w:tcW w:w="39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BD705D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N.</w:t>
            </w:r>
          </w:p>
        </w:tc>
        <w:tc>
          <w:tcPr>
            <w:tcW w:w="181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8C5249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Ente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>/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Soggetto</w:t>
            </w:r>
            <w:proofErr w:type="spellEnd"/>
          </w:p>
        </w:tc>
        <w:tc>
          <w:tcPr>
            <w:tcW w:w="19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3DA4B1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Ruolo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profilo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professionale</w:t>
            </w:r>
            <w:proofErr w:type="spellEnd"/>
          </w:p>
        </w:tc>
        <w:tc>
          <w:tcPr>
            <w:tcW w:w="323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E402E7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Principali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attività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svolte</w:t>
            </w:r>
            <w:proofErr w:type="spellEnd"/>
          </w:p>
        </w:tc>
        <w:tc>
          <w:tcPr>
            <w:tcW w:w="9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502146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Dal</w:t>
            </w:r>
          </w:p>
        </w:tc>
        <w:tc>
          <w:tcPr>
            <w:tcW w:w="96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194D9A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Al</w:t>
            </w:r>
          </w:p>
        </w:tc>
      </w:tr>
      <w:tr w:rsidR="005B3A5B" w:rsidRPr="00C0165C" w14:paraId="4764EF2E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BEED7C7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4D8E6E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01EFE4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00D421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7ACEF2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05E941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0257C298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6389EF8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537372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24ADF2D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D60BAA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2E59BD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D996F8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19C33263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BD0F823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ACC5C6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D0134A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24ED49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53DCB5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EADB9F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64E22659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070BFBA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078328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E36B3D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39D25CD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EC0114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9628DA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356C7B76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2E611E0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F48ADA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23A62A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4E7F7C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219C6AC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1E7672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12D2D670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DC93E3A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C65012D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9EAE779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3BEFBC7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0CDCD9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254306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49F53F8E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D793E6F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F5D078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EF7CD9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23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3980A2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AC964C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B2B5F5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0941834" w14:textId="0300A21C" w:rsidR="005B3A5B" w:rsidRPr="00C0165C" w:rsidRDefault="00317006">
      <w:pPr>
        <w:spacing w:before="140" w:after="80"/>
        <w:rPr>
          <w:rFonts w:ascii="Times New Roman" w:hAnsi="Times New Roman" w:cs="Times New Roman"/>
          <w:sz w:val="22"/>
        </w:rPr>
      </w:pPr>
      <w:r w:rsidRPr="00C0165C">
        <w:rPr>
          <w:rFonts w:ascii="Times New Roman" w:hAnsi="Times New Roman" w:cs="Times New Roman"/>
          <w:b/>
          <w:sz w:val="22"/>
        </w:rPr>
        <w:t>3. ESPERIENZE SPECIFICHE NELLA SUPERVISIONE</w:t>
      </w:r>
      <w:r w:rsidR="00C74B4E">
        <w:rPr>
          <w:rFonts w:ascii="Times New Roman" w:hAnsi="Times New Roman" w:cs="Times New Roman"/>
          <w:b/>
          <w:sz w:val="22"/>
        </w:rPr>
        <w:t xml:space="preserve"> PROFESSIONALE</w:t>
      </w:r>
    </w:p>
    <w:p w14:paraId="2C717921" w14:textId="092D242B" w:rsidR="005B3A5B" w:rsidRPr="00C0165C" w:rsidRDefault="00317006">
      <w:pPr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i/>
          <w:sz w:val="22"/>
          <w:lang w:val="it-IT"/>
        </w:rPr>
        <w:t>Indicare</w:t>
      </w:r>
      <w:r w:rsidR="00C0165C" w:rsidRPr="00C0165C">
        <w:rPr>
          <w:rFonts w:ascii="Times New Roman" w:hAnsi="Times New Roman" w:cs="Times New Roman"/>
          <w:i/>
          <w:sz w:val="22"/>
          <w:lang w:val="it-IT"/>
        </w:rPr>
        <w:t>, in ordine cronologico,</w:t>
      </w:r>
      <w:r w:rsidRPr="00C0165C">
        <w:rPr>
          <w:rFonts w:ascii="Times New Roman" w:hAnsi="Times New Roman" w:cs="Times New Roman"/>
          <w:i/>
          <w:sz w:val="22"/>
          <w:lang w:val="it-IT"/>
        </w:rPr>
        <w:t xml:space="preserve"> le esperienze documentabili maturate nello svolgimento di attività di supervisione, </w:t>
      </w:r>
      <w:r w:rsidR="00B5422A" w:rsidRPr="00B5422A">
        <w:rPr>
          <w:rFonts w:ascii="Times New Roman" w:hAnsi="Times New Roman" w:cs="Times New Roman"/>
          <w:i/>
          <w:sz w:val="22"/>
          <w:lang w:val="it-IT"/>
        </w:rPr>
        <w:t xml:space="preserve">ai fini della verifica del possesso dei requisiti professionali stabiliti dall’art. 4 dell’Avviso e per la successiva valutazione dell’esperienza </w:t>
      </w:r>
      <w:r w:rsidR="00B14643">
        <w:rPr>
          <w:rFonts w:ascii="Times New Roman" w:hAnsi="Times New Roman" w:cs="Times New Roman"/>
          <w:i/>
          <w:sz w:val="22"/>
          <w:lang w:val="it-IT"/>
        </w:rPr>
        <w:t>specifica in attività di supervisione professionale</w:t>
      </w:r>
      <w:r w:rsidR="00B5422A" w:rsidRPr="00B5422A">
        <w:rPr>
          <w:rFonts w:ascii="Times New Roman" w:hAnsi="Times New Roman" w:cs="Times New Roman"/>
          <w:i/>
          <w:sz w:val="22"/>
          <w:lang w:val="it-IT"/>
        </w:rPr>
        <w:t>, sulla base dei criteri stabiliti all’art. 8 dell’Avviso Pubblico.</w:t>
      </w:r>
      <w:r w:rsidR="00B5422A">
        <w:rPr>
          <w:rFonts w:ascii="Times New Roman" w:hAnsi="Times New Roman" w:cs="Times New Roman"/>
          <w:i/>
          <w:sz w:val="22"/>
          <w:lang w:val="it-IT"/>
        </w:rPr>
        <w:t xml:space="preserve"> Si chiede di </w:t>
      </w:r>
      <w:r w:rsidRPr="00C0165C">
        <w:rPr>
          <w:rFonts w:ascii="Times New Roman" w:hAnsi="Times New Roman" w:cs="Times New Roman"/>
          <w:i/>
          <w:sz w:val="22"/>
          <w:lang w:val="it-IT"/>
        </w:rPr>
        <w:t>specific</w:t>
      </w:r>
      <w:r w:rsidR="00B5422A">
        <w:rPr>
          <w:rFonts w:ascii="Times New Roman" w:hAnsi="Times New Roman" w:cs="Times New Roman"/>
          <w:i/>
          <w:sz w:val="22"/>
          <w:lang w:val="it-IT"/>
        </w:rPr>
        <w:t>are</w:t>
      </w:r>
      <w:r w:rsidR="00BE441A">
        <w:rPr>
          <w:rFonts w:ascii="Times New Roman" w:hAnsi="Times New Roman" w:cs="Times New Roman"/>
          <w:i/>
          <w:sz w:val="22"/>
          <w:lang w:val="it-IT"/>
        </w:rPr>
        <w:t xml:space="preserve"> tipologia, destinatari, </w:t>
      </w:r>
      <w:r w:rsidR="00BE441A" w:rsidRPr="00BE441A">
        <w:rPr>
          <w:rFonts w:ascii="Times New Roman" w:hAnsi="Times New Roman" w:cs="Times New Roman"/>
          <w:i/>
          <w:sz w:val="22"/>
          <w:lang w:val="it-IT"/>
        </w:rPr>
        <w:t xml:space="preserve">committente o ente presso cui è stata svolta l’attività </w:t>
      </w:r>
      <w:r w:rsidR="00BE441A">
        <w:rPr>
          <w:rFonts w:ascii="Times New Roman" w:hAnsi="Times New Roman" w:cs="Times New Roman"/>
          <w:i/>
          <w:sz w:val="22"/>
          <w:lang w:val="it-IT"/>
        </w:rPr>
        <w:t xml:space="preserve">e </w:t>
      </w:r>
      <w:r w:rsidRPr="00C0165C">
        <w:rPr>
          <w:rFonts w:ascii="Times New Roman" w:hAnsi="Times New Roman" w:cs="Times New Roman"/>
          <w:i/>
          <w:sz w:val="22"/>
          <w:lang w:val="it-IT"/>
        </w:rPr>
        <w:t>durata.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"/>
        <w:gridCol w:w="1587"/>
        <w:gridCol w:w="2324"/>
        <w:gridCol w:w="1644"/>
        <w:gridCol w:w="850"/>
        <w:gridCol w:w="850"/>
        <w:gridCol w:w="1304"/>
      </w:tblGrid>
      <w:tr w:rsidR="005B3A5B" w:rsidRPr="00C0165C" w14:paraId="7B1F1367" w14:textId="77777777">
        <w:trPr>
          <w:tblHeader/>
          <w:jc w:val="center"/>
        </w:trPr>
        <w:tc>
          <w:tcPr>
            <w:tcW w:w="34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40B298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lastRenderedPageBreak/>
              <w:t>N.</w:t>
            </w:r>
          </w:p>
        </w:tc>
        <w:tc>
          <w:tcPr>
            <w:tcW w:w="15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102F43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Ente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>/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Soggetto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committente</w:t>
            </w:r>
            <w:proofErr w:type="spellEnd"/>
          </w:p>
        </w:tc>
        <w:tc>
          <w:tcPr>
            <w:tcW w:w="232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F1E01A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Tipologia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di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supervisione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attività</w:t>
            </w:r>
            <w:proofErr w:type="spellEnd"/>
          </w:p>
        </w:tc>
        <w:tc>
          <w:tcPr>
            <w:tcW w:w="164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F1937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Destinatari</w:t>
            </w:r>
            <w:proofErr w:type="spellEnd"/>
          </w:p>
        </w:tc>
        <w:tc>
          <w:tcPr>
            <w:tcW w:w="85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E72FAA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Dal</w:t>
            </w:r>
          </w:p>
        </w:tc>
        <w:tc>
          <w:tcPr>
            <w:tcW w:w="85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1C810D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Al</w:t>
            </w:r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8F7F99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Durata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complessiva</w:t>
            </w:r>
            <w:proofErr w:type="spellEnd"/>
          </w:p>
        </w:tc>
      </w:tr>
      <w:tr w:rsidR="005B3A5B" w:rsidRPr="00C0165C" w14:paraId="749069E7" w14:textId="77777777">
        <w:trPr>
          <w:jc w:val="center"/>
        </w:trPr>
        <w:tc>
          <w:tcPr>
            <w:tcW w:w="34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2385C50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58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73A59AD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2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48F425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6F13DF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FE2898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0C2588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ACC241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01E15CA9" w14:textId="77777777">
        <w:trPr>
          <w:jc w:val="center"/>
        </w:trPr>
        <w:tc>
          <w:tcPr>
            <w:tcW w:w="34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33BB8EE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58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5325F9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2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88A41F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B11118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8D9FA1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D5C88B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1F6BDE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259FC65B" w14:textId="77777777">
        <w:trPr>
          <w:jc w:val="center"/>
        </w:trPr>
        <w:tc>
          <w:tcPr>
            <w:tcW w:w="34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DAC62E9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58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95B623C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2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1D45D4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B0A6F1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A539A9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45E94A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B78D56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2E23261F" w14:textId="77777777">
        <w:trPr>
          <w:jc w:val="center"/>
        </w:trPr>
        <w:tc>
          <w:tcPr>
            <w:tcW w:w="34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D896726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58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B4711B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2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07E9AE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40A57F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BDD0E0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A6FC29C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C89D0F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29ADC54C" w14:textId="77777777">
        <w:trPr>
          <w:jc w:val="center"/>
        </w:trPr>
        <w:tc>
          <w:tcPr>
            <w:tcW w:w="34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57A2D2F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58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B242737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2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50112D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53D96B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6CC53B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7B517E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963EDFD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7A160C57" w14:textId="77777777">
        <w:trPr>
          <w:jc w:val="center"/>
        </w:trPr>
        <w:tc>
          <w:tcPr>
            <w:tcW w:w="34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A76CBE8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58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A7927D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2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4FA7BE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86F74F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6E68509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48AA6B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62AFC1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0E510F57" w14:textId="77777777">
        <w:trPr>
          <w:jc w:val="center"/>
        </w:trPr>
        <w:tc>
          <w:tcPr>
            <w:tcW w:w="34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AE46DD3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58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8561A2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2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A37517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4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73C4A1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EF45A9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F43DF5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9DCFFE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6C643B6" w14:textId="77777777" w:rsidR="005B3A5B" w:rsidRPr="00C0165C" w:rsidRDefault="00317006">
      <w:pPr>
        <w:spacing w:before="140" w:after="80"/>
        <w:rPr>
          <w:rFonts w:ascii="Times New Roman" w:hAnsi="Times New Roman" w:cs="Times New Roman"/>
          <w:sz w:val="22"/>
        </w:rPr>
      </w:pPr>
      <w:r w:rsidRPr="00C0165C">
        <w:rPr>
          <w:rFonts w:ascii="Times New Roman" w:hAnsi="Times New Roman" w:cs="Times New Roman"/>
          <w:b/>
          <w:sz w:val="22"/>
        </w:rPr>
        <w:t>4. FORMAZIONE SPECIFICA E TITOLI</w:t>
      </w:r>
    </w:p>
    <w:p w14:paraId="0F20856C" w14:textId="37FA9144" w:rsidR="005B3A5B" w:rsidRPr="00C0165C" w:rsidRDefault="00317006">
      <w:pPr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i/>
          <w:sz w:val="22"/>
          <w:lang w:val="it-IT"/>
        </w:rPr>
        <w:t>Indicare</w:t>
      </w:r>
      <w:r w:rsidR="00C0165C" w:rsidRPr="00C0165C">
        <w:rPr>
          <w:rFonts w:ascii="Times New Roman" w:hAnsi="Times New Roman" w:cs="Times New Roman"/>
          <w:i/>
          <w:sz w:val="22"/>
          <w:lang w:val="it-IT"/>
        </w:rPr>
        <w:t xml:space="preserve">, in ordine cronologico, </w:t>
      </w:r>
      <w:r w:rsidRPr="00C0165C">
        <w:rPr>
          <w:rFonts w:ascii="Times New Roman" w:hAnsi="Times New Roman" w:cs="Times New Roman"/>
          <w:i/>
          <w:sz w:val="22"/>
          <w:lang w:val="it-IT"/>
        </w:rPr>
        <w:t xml:space="preserve">i titoli e le attività formative </w:t>
      </w:r>
      <w:r w:rsidR="002D77FF">
        <w:rPr>
          <w:rFonts w:ascii="Times New Roman" w:hAnsi="Times New Roman" w:cs="Times New Roman"/>
          <w:i/>
          <w:sz w:val="22"/>
          <w:lang w:val="it-IT"/>
        </w:rPr>
        <w:t>in materia di supervisione professionale</w:t>
      </w:r>
      <w:r w:rsidRPr="00C0165C">
        <w:rPr>
          <w:rFonts w:ascii="Times New Roman" w:hAnsi="Times New Roman" w:cs="Times New Roman"/>
          <w:i/>
          <w:sz w:val="22"/>
          <w:lang w:val="it-IT"/>
        </w:rPr>
        <w:t>, riportando gli elementi utili alla loro identificazione e valutazione</w:t>
      </w:r>
      <w:r w:rsidR="002914FB">
        <w:rPr>
          <w:rFonts w:ascii="Times New Roman" w:hAnsi="Times New Roman" w:cs="Times New Roman"/>
          <w:i/>
          <w:sz w:val="22"/>
          <w:lang w:val="it-IT"/>
        </w:rPr>
        <w:t>, sulla base di quanto indicato all’art. 4 e art. 8 dell’Avviso Pubblico.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1474"/>
        <w:gridCol w:w="3005"/>
        <w:gridCol w:w="2381"/>
        <w:gridCol w:w="850"/>
        <w:gridCol w:w="1134"/>
      </w:tblGrid>
      <w:tr w:rsidR="005B3A5B" w:rsidRPr="00C0165C" w14:paraId="7B550FB2" w14:textId="77777777">
        <w:trPr>
          <w:tblHeader/>
          <w:jc w:val="center"/>
        </w:trPr>
        <w:tc>
          <w:tcPr>
            <w:tcW w:w="39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AB2DB7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N.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05A922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Tipologia</w:t>
            </w:r>
            <w:proofErr w:type="spellEnd"/>
          </w:p>
        </w:tc>
        <w:tc>
          <w:tcPr>
            <w:tcW w:w="300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66DAC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Denominazione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del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titolo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corso</w:t>
            </w:r>
            <w:proofErr w:type="spellEnd"/>
          </w:p>
        </w:tc>
        <w:tc>
          <w:tcPr>
            <w:tcW w:w="238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1A1DAC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Ente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Università</w:t>
            </w:r>
            <w:proofErr w:type="spellEnd"/>
          </w:p>
        </w:tc>
        <w:tc>
          <w:tcPr>
            <w:tcW w:w="850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F1468C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Anno</w:t>
            </w:r>
          </w:p>
        </w:tc>
        <w:tc>
          <w:tcPr>
            <w:tcW w:w="113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C4B63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Durata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/ ore</w:t>
            </w:r>
          </w:p>
        </w:tc>
      </w:tr>
      <w:tr w:rsidR="005B3A5B" w:rsidRPr="00C0165C" w14:paraId="12E12275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9480DBD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C43B8B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0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D113E8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997E3C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3095DD9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962158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3D399C86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1F39561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8B690E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0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EE14ED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499BFE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96302A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66A0B2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5F6DD5C8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636889C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523B0E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0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546346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15647B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60AE716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B50377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76439B4B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3AF40E9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559E9A9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0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565C90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CDD896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9EC096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F32ADD6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60A5A765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AA98110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3C8FD2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0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0A5BAA9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0F69D1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FF46D7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F176C6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2D696083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E13A595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2C4217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0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943BD8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6C99BFC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F71ED2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0A3225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2F76EFA9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EA85390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A9A8A36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005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5B51DB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8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0420F7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157DFD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332D08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DA3C6BB" w14:textId="463970FD" w:rsidR="003329A7" w:rsidRDefault="003329A7">
      <w:pPr>
        <w:spacing w:before="140" w:after="80"/>
        <w:rPr>
          <w:rFonts w:ascii="Times New Roman" w:hAnsi="Times New Roman" w:cs="Times New Roman"/>
          <w:b/>
          <w:sz w:val="22"/>
        </w:rPr>
      </w:pPr>
      <w:bookmarkStart w:id="0" w:name="_GoBack"/>
      <w:bookmarkEnd w:id="0"/>
    </w:p>
    <w:p w14:paraId="00D502B6" w14:textId="76F77080" w:rsidR="005B3A5B" w:rsidRPr="00C0165C" w:rsidRDefault="00317006">
      <w:pPr>
        <w:spacing w:before="140" w:after="80"/>
        <w:rPr>
          <w:rFonts w:ascii="Times New Roman" w:hAnsi="Times New Roman" w:cs="Times New Roman"/>
          <w:sz w:val="22"/>
        </w:rPr>
      </w:pPr>
      <w:r w:rsidRPr="00C0165C">
        <w:rPr>
          <w:rFonts w:ascii="Times New Roman" w:hAnsi="Times New Roman" w:cs="Times New Roman"/>
          <w:b/>
          <w:sz w:val="22"/>
        </w:rPr>
        <w:t>5. PUBBLICAZIONI</w:t>
      </w:r>
    </w:p>
    <w:p w14:paraId="06D5AB34" w14:textId="1E7A72F4" w:rsidR="005B3A5B" w:rsidRPr="00C0165C" w:rsidRDefault="00317006">
      <w:pPr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i/>
          <w:sz w:val="22"/>
          <w:lang w:val="it-IT"/>
        </w:rPr>
        <w:t>Indicare</w:t>
      </w:r>
      <w:r w:rsidR="00C0165C" w:rsidRPr="00C0165C">
        <w:rPr>
          <w:rFonts w:ascii="Times New Roman" w:hAnsi="Times New Roman" w:cs="Times New Roman"/>
          <w:i/>
          <w:sz w:val="22"/>
          <w:lang w:val="it-IT"/>
        </w:rPr>
        <w:t xml:space="preserve">, in ordine cronologico, </w:t>
      </w:r>
      <w:r w:rsidRPr="00C0165C">
        <w:rPr>
          <w:rFonts w:ascii="Times New Roman" w:hAnsi="Times New Roman" w:cs="Times New Roman"/>
          <w:i/>
          <w:sz w:val="22"/>
          <w:lang w:val="it-IT"/>
        </w:rPr>
        <w:t>le pubblicazioni pertinenti ai fini della valutazione prevista dall’art. 8 dell’Avviso.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721"/>
        <w:gridCol w:w="1871"/>
        <w:gridCol w:w="1814"/>
        <w:gridCol w:w="794"/>
        <w:gridCol w:w="1701"/>
      </w:tblGrid>
      <w:tr w:rsidR="005B3A5B" w:rsidRPr="00C0165C" w14:paraId="15A9B350" w14:textId="77777777">
        <w:trPr>
          <w:tblHeader/>
          <w:jc w:val="center"/>
        </w:trPr>
        <w:tc>
          <w:tcPr>
            <w:tcW w:w="39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5AE60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N.</w:t>
            </w:r>
          </w:p>
        </w:tc>
        <w:tc>
          <w:tcPr>
            <w:tcW w:w="272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CF7EF7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Titolo</w:t>
            </w:r>
            <w:proofErr w:type="spellEnd"/>
          </w:p>
        </w:tc>
        <w:tc>
          <w:tcPr>
            <w:tcW w:w="187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46A30C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Tipologia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di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pubblicazione</w:t>
            </w:r>
            <w:proofErr w:type="spellEnd"/>
          </w:p>
        </w:tc>
        <w:tc>
          <w:tcPr>
            <w:tcW w:w="181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E9CA9D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Editore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Rivista</w:t>
            </w:r>
            <w:proofErr w:type="spellEnd"/>
          </w:p>
        </w:tc>
        <w:tc>
          <w:tcPr>
            <w:tcW w:w="79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EDF46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Anno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984C08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Riferimenti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identificativi</w:t>
            </w:r>
            <w:proofErr w:type="spellEnd"/>
          </w:p>
        </w:tc>
      </w:tr>
      <w:tr w:rsidR="005B3A5B" w:rsidRPr="00C0165C" w14:paraId="4D5C846F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A50C6D3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72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7E8606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8C7EBEC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8B28ABD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4812B8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A6EF29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4D6A8708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1517568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lastRenderedPageBreak/>
              <w:t>2</w:t>
            </w:r>
          </w:p>
        </w:tc>
        <w:tc>
          <w:tcPr>
            <w:tcW w:w="272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D1203E0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72B943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DE12A9C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22CAAD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6A1EF6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779E6C64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ACB095D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72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A32E4E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D83C9D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3E2C366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D6F03C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6F106C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4B869FFB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3B11F95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72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D15564C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69C59C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72E168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E22A84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29DD1C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5BF4D171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6B4395A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72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B08EB0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02CD09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1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24A3BE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4E88547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74DBA66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A13B597" w14:textId="77777777" w:rsidR="005B3A5B" w:rsidRPr="00C0165C" w:rsidRDefault="00317006">
      <w:pPr>
        <w:spacing w:before="140" w:after="80"/>
        <w:rPr>
          <w:rFonts w:ascii="Times New Roman" w:hAnsi="Times New Roman" w:cs="Times New Roman"/>
          <w:sz w:val="22"/>
        </w:rPr>
      </w:pPr>
      <w:r w:rsidRPr="00C0165C">
        <w:rPr>
          <w:rFonts w:ascii="Times New Roman" w:hAnsi="Times New Roman" w:cs="Times New Roman"/>
          <w:b/>
          <w:sz w:val="22"/>
        </w:rPr>
        <w:t>6. ATTIVITÀ DI DOCENZA</w:t>
      </w:r>
    </w:p>
    <w:p w14:paraId="412A3E04" w14:textId="76DBDA57" w:rsidR="005B3A5B" w:rsidRPr="00C0165C" w:rsidRDefault="00317006">
      <w:pPr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i/>
          <w:sz w:val="22"/>
          <w:lang w:val="it-IT"/>
        </w:rPr>
        <w:t>Indicare</w:t>
      </w:r>
      <w:r w:rsidR="00C0165C" w:rsidRPr="00C0165C">
        <w:rPr>
          <w:rFonts w:ascii="Times New Roman" w:hAnsi="Times New Roman" w:cs="Times New Roman"/>
          <w:i/>
          <w:sz w:val="22"/>
          <w:lang w:val="it-IT"/>
        </w:rPr>
        <w:t xml:space="preserve">, in ordine cronologico, </w:t>
      </w:r>
      <w:r w:rsidRPr="00C0165C">
        <w:rPr>
          <w:rFonts w:ascii="Times New Roman" w:hAnsi="Times New Roman" w:cs="Times New Roman"/>
          <w:i/>
          <w:sz w:val="22"/>
          <w:lang w:val="it-IT"/>
        </w:rPr>
        <w:t>le attività di docenza pertinenti ai fini della valutazione prevista dall’art. 8 dell’Avviso.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1701"/>
        <w:gridCol w:w="2891"/>
        <w:gridCol w:w="1701"/>
        <w:gridCol w:w="1304"/>
        <w:gridCol w:w="1304"/>
      </w:tblGrid>
      <w:tr w:rsidR="005B3A5B" w:rsidRPr="00C0165C" w14:paraId="2CB8F1A0" w14:textId="77777777">
        <w:trPr>
          <w:tblHeader/>
          <w:jc w:val="center"/>
        </w:trPr>
        <w:tc>
          <w:tcPr>
            <w:tcW w:w="39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9A0955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>N.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64A83F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Ente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>/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Soggetto</w:t>
            </w:r>
            <w:proofErr w:type="spellEnd"/>
          </w:p>
        </w:tc>
        <w:tc>
          <w:tcPr>
            <w:tcW w:w="289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972C5E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Titolo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/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oggetto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dell’attività</w:t>
            </w:r>
            <w:proofErr w:type="spellEnd"/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formativa</w:t>
            </w:r>
            <w:proofErr w:type="spellEnd"/>
          </w:p>
        </w:tc>
        <w:tc>
          <w:tcPr>
            <w:tcW w:w="170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8DBD76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Destinatari</w:t>
            </w:r>
            <w:proofErr w:type="spellEnd"/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AA0AE5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b/>
                <w:sz w:val="22"/>
              </w:rPr>
              <w:t xml:space="preserve">Data / </w:t>
            </w: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periodo</w:t>
            </w:r>
            <w:proofErr w:type="spellEnd"/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70C16B" w14:textId="77777777" w:rsidR="005B3A5B" w:rsidRPr="00C0165C" w:rsidRDefault="0031700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0165C">
              <w:rPr>
                <w:rFonts w:ascii="Times New Roman" w:hAnsi="Times New Roman" w:cs="Times New Roman"/>
                <w:b/>
                <w:sz w:val="22"/>
              </w:rPr>
              <w:t>Durata</w:t>
            </w:r>
            <w:proofErr w:type="spellEnd"/>
          </w:p>
        </w:tc>
      </w:tr>
      <w:tr w:rsidR="005B3A5B" w:rsidRPr="00C0165C" w14:paraId="7D8353DD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E1A531A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2F2ED53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9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C87840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5E122E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905361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7F8C3F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70D687CA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323543C4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075810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9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6E4E18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5AD0A6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A73FB57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E7DF2B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0B22B412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1243AB4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5ED020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9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072A885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09B7CD16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B438581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18658EC4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3C246211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D62D93A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43452DF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9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65C15D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5BDE6D7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714D9FD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9FAF8B7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5B3A5B" w:rsidRPr="00C0165C" w14:paraId="7CAF9EB1" w14:textId="7777777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AD2FAFE" w14:textId="77777777" w:rsidR="005B3A5B" w:rsidRPr="00C0165C" w:rsidRDefault="00317006">
            <w:pPr>
              <w:rPr>
                <w:rFonts w:ascii="Times New Roman" w:hAnsi="Times New Roman" w:cs="Times New Roman"/>
                <w:sz w:val="22"/>
              </w:rPr>
            </w:pPr>
            <w:r w:rsidRPr="00C0165C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6AF3D3CA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9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2710CD58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4AA25E3E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2064FFB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14:paraId="573739C2" w14:textId="77777777" w:rsidR="005B3A5B" w:rsidRPr="00C0165C" w:rsidRDefault="005B3A5B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D517F4E" w14:textId="13920CA8" w:rsidR="005B3A5B" w:rsidRPr="00C0165C" w:rsidRDefault="00317006">
      <w:pPr>
        <w:spacing w:before="140" w:after="80"/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b/>
          <w:sz w:val="22"/>
          <w:lang w:val="it-IT"/>
        </w:rPr>
        <w:t>DICHIARAZIONE</w:t>
      </w:r>
    </w:p>
    <w:p w14:paraId="6A8DBF01" w14:textId="1CADE102" w:rsidR="005B3A5B" w:rsidRPr="00572CDE" w:rsidRDefault="00317006">
      <w:pPr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sz w:val="22"/>
          <w:lang w:val="it-IT"/>
        </w:rPr>
        <w:t>Il/La sottoscritto/a attesta, ai sensi del D.P.R. n. 445/2000, che le informazioni riportate nella presente Scheda sono veritiere</w:t>
      </w:r>
      <w:r w:rsidR="00572CDE">
        <w:rPr>
          <w:rFonts w:ascii="Times New Roman" w:hAnsi="Times New Roman" w:cs="Times New Roman"/>
          <w:sz w:val="22"/>
          <w:lang w:val="it-IT"/>
        </w:rPr>
        <w:t>.</w:t>
      </w:r>
    </w:p>
    <w:p w14:paraId="5AE58A50" w14:textId="77777777" w:rsidR="005B3A5B" w:rsidRPr="00C0165C" w:rsidRDefault="00317006">
      <w:pPr>
        <w:rPr>
          <w:rFonts w:ascii="Times New Roman" w:hAnsi="Times New Roman" w:cs="Times New Roman"/>
          <w:sz w:val="22"/>
          <w:lang w:val="it-IT"/>
        </w:rPr>
      </w:pPr>
      <w:r w:rsidRPr="00C0165C">
        <w:rPr>
          <w:rFonts w:ascii="Times New Roman" w:hAnsi="Times New Roman" w:cs="Times New Roman"/>
          <w:sz w:val="22"/>
          <w:lang w:val="it-IT"/>
        </w:rPr>
        <w:t>Il/La sottoscritto/a è consapevole che saranno oggetto di valutazione esclusivamente gli elementi dichiarati in modo sufficientemente chiaro e completo da consentirne l’individuazione, la verifica e l’attribuzione del relativo punteggio secondo i criteri stabiliti dall’Avviso.</w:t>
      </w:r>
    </w:p>
    <w:p w14:paraId="337299F2" w14:textId="35650937" w:rsidR="008E61C2" w:rsidRPr="008E61C2" w:rsidRDefault="00317006" w:rsidP="008E61C2">
      <w:pPr>
        <w:spacing w:after="80" w:line="252" w:lineRule="auto"/>
        <w:rPr>
          <w:rFonts w:ascii="Times New Roman" w:hAnsi="Times New Roman" w:cs="Times New Roman"/>
          <w:sz w:val="22"/>
          <w:szCs w:val="24"/>
          <w:lang w:val="it-IT"/>
        </w:rPr>
      </w:pPr>
      <w:r w:rsidRPr="00C0165C">
        <w:rPr>
          <w:rFonts w:ascii="Times New Roman" w:hAnsi="Times New Roman" w:cs="Times New Roman"/>
          <w:sz w:val="22"/>
          <w:lang w:val="it-IT"/>
        </w:rPr>
        <w:br/>
      </w:r>
      <w:r w:rsidR="008E61C2" w:rsidRPr="008E61C2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="008E61C2" w:rsidRPr="008E61C2">
        <w:rPr>
          <w:rFonts w:ascii="Times New Roman" w:hAnsi="Times New Roman" w:cs="Times New Roman"/>
          <w:sz w:val="22"/>
          <w:szCs w:val="24"/>
          <w:lang w:val="it-IT"/>
        </w:rPr>
        <w:t xml:space="preserve"> sottoscrive </w:t>
      </w:r>
      <w:r w:rsidR="00374D16">
        <w:rPr>
          <w:rFonts w:ascii="Times New Roman" w:hAnsi="Times New Roman" w:cs="Times New Roman"/>
          <w:sz w:val="22"/>
          <w:szCs w:val="24"/>
          <w:lang w:val="it-IT"/>
        </w:rPr>
        <w:t xml:space="preserve">la presente Scheda sintetica delle esperienze e dei titoli </w:t>
      </w:r>
      <w:r w:rsidR="008E61C2" w:rsidRPr="008E61C2">
        <w:rPr>
          <w:rFonts w:ascii="Times New Roman" w:hAnsi="Times New Roman" w:cs="Times New Roman"/>
          <w:sz w:val="22"/>
          <w:szCs w:val="24"/>
          <w:lang w:val="it-IT"/>
        </w:rPr>
        <w:t>e allega copia fotostatica del proprio documento di identità</w:t>
      </w:r>
    </w:p>
    <w:p w14:paraId="706D9888" w14:textId="77777777" w:rsidR="00374D16" w:rsidRDefault="008E61C2" w:rsidP="008E61C2">
      <w:pPr>
        <w:spacing w:after="80" w:line="252" w:lineRule="auto"/>
        <w:rPr>
          <w:rFonts w:ascii="Times New Roman" w:hAnsi="Times New Roman" w:cs="Times New Roman"/>
          <w:sz w:val="22"/>
          <w:szCs w:val="24"/>
          <w:lang w:val="it-IT"/>
        </w:rPr>
      </w:pPr>
      <w:r w:rsidRPr="008E61C2">
        <w:rPr>
          <w:rFonts w:ascii="Segoe UI Symbol" w:hAnsi="Segoe UI Symbol" w:cs="Segoe UI Symbol"/>
          <w:sz w:val="22"/>
          <w:szCs w:val="24"/>
          <w:lang w:val="it-IT"/>
        </w:rPr>
        <w:t>☐</w:t>
      </w:r>
      <w:r w:rsidRPr="008E61C2">
        <w:rPr>
          <w:rFonts w:ascii="Times New Roman" w:hAnsi="Times New Roman" w:cs="Times New Roman"/>
          <w:sz w:val="22"/>
          <w:szCs w:val="24"/>
          <w:lang w:val="it-IT"/>
        </w:rPr>
        <w:t xml:space="preserve"> firma digitalmente </w:t>
      </w:r>
      <w:r w:rsidR="00374D16" w:rsidRPr="00374D16">
        <w:rPr>
          <w:rFonts w:ascii="Times New Roman" w:hAnsi="Times New Roman" w:cs="Times New Roman"/>
          <w:sz w:val="22"/>
          <w:szCs w:val="24"/>
          <w:lang w:val="it-IT"/>
        </w:rPr>
        <w:t xml:space="preserve">la presente Scheda sintetica delle esperienze e dei titoli </w:t>
      </w:r>
    </w:p>
    <w:p w14:paraId="6A10EC62" w14:textId="1FE6B2FF" w:rsidR="008E61C2" w:rsidRPr="008E61C2" w:rsidRDefault="008E61C2" w:rsidP="008E61C2">
      <w:pPr>
        <w:spacing w:after="80" w:line="252" w:lineRule="auto"/>
        <w:rPr>
          <w:rFonts w:ascii="Times New Roman" w:hAnsi="Times New Roman" w:cs="Times New Roman"/>
          <w:sz w:val="22"/>
          <w:szCs w:val="24"/>
        </w:rPr>
      </w:pPr>
      <w:proofErr w:type="spellStart"/>
      <w:r w:rsidRPr="008E61C2">
        <w:rPr>
          <w:rFonts w:ascii="Times New Roman" w:hAnsi="Times New Roman" w:cs="Times New Roman"/>
          <w:sz w:val="22"/>
          <w:szCs w:val="24"/>
        </w:rPr>
        <w:t>Luogo</w:t>
      </w:r>
      <w:proofErr w:type="spellEnd"/>
      <w:r w:rsidRPr="008E61C2">
        <w:rPr>
          <w:rFonts w:ascii="Times New Roman" w:hAnsi="Times New Roman" w:cs="Times New Roman"/>
          <w:sz w:val="22"/>
          <w:szCs w:val="24"/>
        </w:rPr>
        <w:t xml:space="preserve"> e data __________________________________</w:t>
      </w:r>
    </w:p>
    <w:p w14:paraId="2649545A" w14:textId="77777777" w:rsidR="008E61C2" w:rsidRPr="008E61C2" w:rsidRDefault="008E61C2" w:rsidP="008E61C2">
      <w:pPr>
        <w:spacing w:after="80" w:line="252" w:lineRule="auto"/>
        <w:rPr>
          <w:rFonts w:ascii="Times New Roman" w:hAnsi="Times New Roman" w:cs="Times New Roman"/>
          <w:sz w:val="22"/>
          <w:szCs w:val="24"/>
        </w:rPr>
      </w:pPr>
    </w:p>
    <w:p w14:paraId="6635D7FC" w14:textId="77777777" w:rsidR="008E61C2" w:rsidRPr="008E61C2" w:rsidRDefault="008E61C2" w:rsidP="008E61C2">
      <w:pPr>
        <w:spacing w:after="80" w:line="252" w:lineRule="auto"/>
        <w:jc w:val="right"/>
        <w:rPr>
          <w:rFonts w:ascii="Times New Roman" w:hAnsi="Times New Roman" w:cs="Times New Roman"/>
          <w:sz w:val="22"/>
          <w:szCs w:val="24"/>
        </w:rPr>
      </w:pPr>
      <w:r w:rsidRPr="008E61C2">
        <w:rPr>
          <w:rFonts w:ascii="Times New Roman" w:hAnsi="Times New Roman" w:cs="Times New Roman"/>
          <w:sz w:val="22"/>
          <w:szCs w:val="24"/>
        </w:rPr>
        <w:t>Firma __________________________________________</w:t>
      </w:r>
    </w:p>
    <w:p w14:paraId="718CBFA0" w14:textId="62716668" w:rsidR="005B3A5B" w:rsidRPr="00C0165C" w:rsidRDefault="005B3A5B" w:rsidP="008E61C2">
      <w:pPr>
        <w:rPr>
          <w:rFonts w:ascii="Times New Roman" w:hAnsi="Times New Roman" w:cs="Times New Roman"/>
          <w:sz w:val="22"/>
        </w:rPr>
      </w:pPr>
    </w:p>
    <w:sectPr w:rsidR="005B3A5B" w:rsidRPr="00C0165C" w:rsidSect="00034616">
      <w:headerReference w:type="default" r:id="rId8"/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6A77F" w14:textId="77777777" w:rsidR="00EA211D" w:rsidRDefault="00EA211D">
      <w:pPr>
        <w:spacing w:after="0"/>
      </w:pPr>
      <w:r>
        <w:separator/>
      </w:r>
    </w:p>
  </w:endnote>
  <w:endnote w:type="continuationSeparator" w:id="0">
    <w:p w14:paraId="46BB1A08" w14:textId="77777777" w:rsidR="00EA211D" w:rsidRDefault="00EA21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52A17" w14:textId="77777777" w:rsidR="0042560F" w:rsidRPr="00D56355" w:rsidRDefault="0042560F" w:rsidP="0042560F">
    <w:pPr>
      <w:pStyle w:val="Pidipagina"/>
      <w:jc w:val="center"/>
      <w:rPr>
        <w:lang w:val="it-IT"/>
      </w:rPr>
    </w:pPr>
    <w:r w:rsidRPr="00D56355">
      <w:rPr>
        <w:sz w:val="15"/>
        <w:lang w:val="it-IT"/>
      </w:rPr>
      <w:t>Allegato 2 – Scheda sintetica esperienze professionali e titoli</w:t>
    </w:r>
  </w:p>
  <w:p w14:paraId="2E2FC5C7" w14:textId="7B2F0DE2" w:rsidR="0042560F" w:rsidRPr="0042560F" w:rsidRDefault="0042560F" w:rsidP="0042560F">
    <w:pPr>
      <w:pStyle w:val="Pidipagina"/>
      <w:jc w:val="center"/>
      <w:rPr>
        <w:color w:val="4F81BD" w:themeColor="accent1"/>
        <w:lang w:val="it-IT"/>
      </w:rPr>
    </w:pPr>
    <w:r>
      <w:rPr>
        <w:color w:val="4F81BD" w:themeColor="accent1"/>
        <w:lang w:val="it-IT"/>
      </w:rPr>
      <w:t xml:space="preserve">Pag. </w:t>
    </w:r>
    <w:r>
      <w:rPr>
        <w:color w:val="4F81BD" w:themeColor="accent1"/>
      </w:rPr>
      <w:fldChar w:fldCharType="begin"/>
    </w:r>
    <w:r w:rsidRPr="0042560F">
      <w:rPr>
        <w:color w:val="4F81BD" w:themeColor="accent1"/>
        <w:lang w:val="it-IT"/>
      </w:rPr>
      <w:instrText>PAGE  \* Arabic  \* MERGEFORMAT</w:instrText>
    </w:r>
    <w:r>
      <w:rPr>
        <w:color w:val="4F81BD" w:themeColor="accent1"/>
      </w:rPr>
      <w:fldChar w:fldCharType="separate"/>
    </w:r>
    <w:r w:rsidR="00285AEB" w:rsidRPr="00285AEB">
      <w:rPr>
        <w:noProof/>
        <w:color w:val="4F81BD" w:themeColor="accent1"/>
      </w:rPr>
      <w:t>3</w:t>
    </w:r>
    <w:r>
      <w:rPr>
        <w:color w:val="4F81BD" w:themeColor="accent1"/>
      </w:rPr>
      <w:fldChar w:fldCharType="end"/>
    </w:r>
    <w:r>
      <w:rPr>
        <w:color w:val="4F81BD" w:themeColor="accent1"/>
        <w:lang w:val="it-IT"/>
      </w:rPr>
      <w:t xml:space="preserve"> di </w:t>
    </w:r>
    <w:r>
      <w:rPr>
        <w:color w:val="4F81BD" w:themeColor="accent1"/>
      </w:rPr>
      <w:fldChar w:fldCharType="begin"/>
    </w:r>
    <w:r w:rsidRPr="0042560F">
      <w:rPr>
        <w:color w:val="4F81BD" w:themeColor="accent1"/>
        <w:lang w:val="it-IT"/>
      </w:rPr>
      <w:instrText>NUMPAGES  \* Arabic  \* MERGEFORMAT</w:instrText>
    </w:r>
    <w:r>
      <w:rPr>
        <w:color w:val="4F81BD" w:themeColor="accent1"/>
      </w:rPr>
      <w:fldChar w:fldCharType="separate"/>
    </w:r>
    <w:r w:rsidR="00285AEB" w:rsidRPr="00285AEB">
      <w:rPr>
        <w:noProof/>
        <w:color w:val="4F81BD" w:themeColor="accent1"/>
      </w:rPr>
      <w:t>3</w:t>
    </w:r>
    <w:r>
      <w:rPr>
        <w:color w:val="4F81BD" w:themeColor="accent1"/>
      </w:rPr>
      <w:fldChar w:fldCharType="end"/>
    </w:r>
  </w:p>
  <w:p w14:paraId="2804B45F" w14:textId="39D43188" w:rsidR="005B3A5B" w:rsidRPr="00D56355" w:rsidRDefault="005B3A5B">
    <w:pPr>
      <w:pStyle w:val="Pidipagina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4E8A6" w14:textId="77777777" w:rsidR="00EA211D" w:rsidRDefault="00EA211D">
      <w:pPr>
        <w:spacing w:after="0"/>
      </w:pPr>
      <w:r>
        <w:separator/>
      </w:r>
    </w:p>
  </w:footnote>
  <w:footnote w:type="continuationSeparator" w:id="0">
    <w:p w14:paraId="06570A89" w14:textId="77777777" w:rsidR="00EA211D" w:rsidRDefault="00EA21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57A1F" w14:textId="16ACC5C1" w:rsidR="00C0165C" w:rsidRPr="00C0165C" w:rsidRDefault="00FE7234" w:rsidP="00C0165C">
    <w:pPr>
      <w:suppressAutoHyphens/>
      <w:spacing w:after="200" w:line="276" w:lineRule="auto"/>
      <w:jc w:val="center"/>
      <w:rPr>
        <w:rFonts w:ascii="Times New Roman" w:eastAsia="Times New Roman" w:hAnsi="Times New Roman" w:cs="Verdana"/>
        <w:b/>
        <w:bCs/>
        <w:noProof/>
        <w:kern w:val="3"/>
        <w:sz w:val="20"/>
        <w:szCs w:val="20"/>
        <w:lang w:val="it-IT" w:eastAsia="zh-CN"/>
      </w:rPr>
    </w:pPr>
    <w:r w:rsidRPr="00C0165C">
      <w:rPr>
        <w:rFonts w:ascii="Times New Roman" w:eastAsia="Times New Roman" w:hAnsi="Times New Roman" w:cs="Verdana"/>
        <w:b/>
        <w:bCs/>
        <w:noProof/>
        <w:kern w:val="3"/>
        <w:sz w:val="20"/>
        <w:szCs w:val="20"/>
        <w:lang w:val="it-IT" w:eastAsia="it-IT"/>
      </w:rPr>
      <w:drawing>
        <wp:anchor distT="0" distB="0" distL="114300" distR="114300" simplePos="0" relativeHeight="251659264" behindDoc="0" locked="0" layoutInCell="1" allowOverlap="1" wp14:anchorId="59ACB20A" wp14:editId="07A4077B">
          <wp:simplePos x="0" y="0"/>
          <wp:positionH relativeFrom="column">
            <wp:posOffset>2772410</wp:posOffset>
          </wp:positionH>
          <wp:positionV relativeFrom="paragraph">
            <wp:posOffset>-418465</wp:posOffset>
          </wp:positionV>
          <wp:extent cx="1068705" cy="1022350"/>
          <wp:effectExtent l="0" t="0" r="0" b="6300"/>
          <wp:wrapSquare wrapText="bothSides"/>
          <wp:docPr id="1590475570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705" cy="102235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8FB0301" w14:textId="6CE134A0" w:rsidR="00C0165C" w:rsidRPr="00C0165C" w:rsidRDefault="00C0165C" w:rsidP="00C0165C">
    <w:pPr>
      <w:suppressAutoHyphens/>
      <w:spacing w:after="200" w:line="276" w:lineRule="auto"/>
      <w:jc w:val="center"/>
      <w:rPr>
        <w:rFonts w:ascii="Calibri" w:eastAsia="Times New Roman" w:hAnsi="Calibri" w:cs="Times New Roman"/>
        <w:bCs/>
        <w:i/>
        <w:iCs/>
        <w:sz w:val="22"/>
        <w:lang w:val="it-IT" w:eastAsia="it-IT"/>
      </w:rPr>
    </w:pPr>
  </w:p>
  <w:p w14:paraId="70AF0E0F" w14:textId="77777777" w:rsidR="00C0165C" w:rsidRPr="00C0165C" w:rsidRDefault="00C0165C" w:rsidP="00C0165C">
    <w:pPr>
      <w:suppressLineNumbers/>
      <w:suppressAutoHyphens/>
      <w:autoSpaceDN w:val="0"/>
      <w:spacing w:after="0"/>
      <w:jc w:val="center"/>
      <w:textAlignment w:val="baseline"/>
      <w:rPr>
        <w:rFonts w:ascii="Times New Roman" w:eastAsia="Times New Roman" w:hAnsi="Times New Roman" w:cs="Verdana"/>
        <w:b/>
        <w:bCs/>
        <w:kern w:val="3"/>
        <w:sz w:val="20"/>
        <w:szCs w:val="20"/>
        <w:lang w:val="it-IT" w:eastAsia="zh-CN"/>
      </w:rPr>
    </w:pPr>
    <w:r w:rsidRPr="00C0165C">
      <w:rPr>
        <w:rFonts w:ascii="Times New Roman" w:eastAsia="Times New Roman" w:hAnsi="Times New Roman" w:cs="Verdana"/>
        <w:b/>
        <w:bCs/>
        <w:kern w:val="3"/>
        <w:sz w:val="20"/>
        <w:szCs w:val="20"/>
        <w:lang w:val="it-IT" w:eastAsia="zh-CN"/>
      </w:rPr>
      <w:t>Area Welfare</w:t>
    </w:r>
  </w:p>
  <w:p w14:paraId="06BB4758" w14:textId="77777777" w:rsidR="00C0165C" w:rsidRPr="00C0165C" w:rsidRDefault="00C0165C" w:rsidP="00C0165C">
    <w:pPr>
      <w:suppressLineNumbers/>
      <w:suppressAutoHyphens/>
      <w:autoSpaceDN w:val="0"/>
      <w:spacing w:after="0"/>
      <w:jc w:val="center"/>
      <w:textAlignment w:val="baseline"/>
      <w:rPr>
        <w:rFonts w:ascii="Times New Roman" w:eastAsia="Times New Roman" w:hAnsi="Times New Roman" w:cs="Verdana"/>
        <w:b/>
        <w:bCs/>
        <w:kern w:val="3"/>
        <w:sz w:val="20"/>
        <w:szCs w:val="20"/>
        <w:lang w:val="it-IT" w:eastAsia="zh-CN"/>
      </w:rPr>
    </w:pPr>
    <w:r w:rsidRPr="00C0165C">
      <w:rPr>
        <w:rFonts w:ascii="Times New Roman" w:eastAsia="Times New Roman" w:hAnsi="Times New Roman" w:cs="Verdana"/>
        <w:b/>
        <w:bCs/>
        <w:kern w:val="3"/>
        <w:sz w:val="20"/>
        <w:szCs w:val="20"/>
        <w:lang w:val="it-IT" w:eastAsia="zh-CN"/>
      </w:rPr>
      <w:t>Servizio Programmazione Sociale ed Emergenze sociali</w:t>
    </w:r>
  </w:p>
  <w:p w14:paraId="5223390C" w14:textId="77777777" w:rsidR="00C0165C" w:rsidRPr="00C0165C" w:rsidRDefault="00C0165C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F6D"/>
    <w:rsid w:val="00034616"/>
    <w:rsid w:val="0006063C"/>
    <w:rsid w:val="000B47CC"/>
    <w:rsid w:val="0015074B"/>
    <w:rsid w:val="001F1884"/>
    <w:rsid w:val="00285AEB"/>
    <w:rsid w:val="002914FB"/>
    <w:rsid w:val="0029639D"/>
    <w:rsid w:val="002D77FF"/>
    <w:rsid w:val="00313577"/>
    <w:rsid w:val="00317006"/>
    <w:rsid w:val="00326F90"/>
    <w:rsid w:val="003329A7"/>
    <w:rsid w:val="00374D16"/>
    <w:rsid w:val="0042560F"/>
    <w:rsid w:val="0044586B"/>
    <w:rsid w:val="0050611F"/>
    <w:rsid w:val="00572CDE"/>
    <w:rsid w:val="005B3A5B"/>
    <w:rsid w:val="005C532E"/>
    <w:rsid w:val="005D58F4"/>
    <w:rsid w:val="005E33C1"/>
    <w:rsid w:val="00652168"/>
    <w:rsid w:val="00767D17"/>
    <w:rsid w:val="00791C3A"/>
    <w:rsid w:val="00870FEA"/>
    <w:rsid w:val="008E61C2"/>
    <w:rsid w:val="0099694E"/>
    <w:rsid w:val="009A5E42"/>
    <w:rsid w:val="009B029C"/>
    <w:rsid w:val="00A22F05"/>
    <w:rsid w:val="00AA1D8D"/>
    <w:rsid w:val="00AD52DD"/>
    <w:rsid w:val="00B120DE"/>
    <w:rsid w:val="00B14643"/>
    <w:rsid w:val="00B47730"/>
    <w:rsid w:val="00B5422A"/>
    <w:rsid w:val="00BE441A"/>
    <w:rsid w:val="00C0165C"/>
    <w:rsid w:val="00C74B4E"/>
    <w:rsid w:val="00CB0664"/>
    <w:rsid w:val="00D56355"/>
    <w:rsid w:val="00E25E51"/>
    <w:rsid w:val="00EA211D"/>
    <w:rsid w:val="00EB3806"/>
    <w:rsid w:val="00FC693F"/>
    <w:rsid w:val="00FE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D557765"/>
  <w14:defaultImageDpi w14:val="300"/>
  <w15:docId w15:val="{01593A6A-DBB0-454A-9FE3-C21F7FDF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EF1A46-00A0-4341-BB43-8D8EA051A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IMMACOLATA MAIONE</cp:lastModifiedBy>
  <cp:revision>4</cp:revision>
  <dcterms:created xsi:type="dcterms:W3CDTF">2026-09-23T15:22:00Z</dcterms:created>
  <dcterms:modified xsi:type="dcterms:W3CDTF">2026-09-23T15:24:00Z</dcterms:modified>
  <cp:category/>
</cp:coreProperties>
</file>