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D9B14" w14:textId="77777777" w:rsidR="00232F99" w:rsidRPr="00F55EA6" w:rsidRDefault="004A61DC">
      <w:pPr>
        <w:spacing w:before="160"/>
        <w:jc w:val="center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b/>
          <w:sz w:val="28"/>
          <w:szCs w:val="24"/>
          <w:lang w:val="it-IT"/>
        </w:rPr>
        <w:t>ALLEGATO – DOMANDA DI PARTECIPAZIONE</w:t>
      </w:r>
    </w:p>
    <w:p w14:paraId="49B19E26" w14:textId="730BA13D" w:rsidR="00CF4C97" w:rsidRPr="00CF4C97" w:rsidRDefault="004A61DC" w:rsidP="00CF4C97">
      <w:pPr>
        <w:jc w:val="center"/>
        <w:rPr>
          <w:rFonts w:ascii="Times New Roman" w:hAnsi="Times New Roman" w:cs="Times New Roman"/>
          <w:b/>
          <w:bCs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b/>
          <w:sz w:val="22"/>
          <w:szCs w:val="24"/>
          <w:lang w:val="it-IT"/>
        </w:rPr>
        <w:t xml:space="preserve">Manifestazione di interesse </w:t>
      </w:r>
      <w:r w:rsidR="00CF4C97" w:rsidRPr="00CF4C97">
        <w:rPr>
          <w:rFonts w:ascii="Times New Roman" w:hAnsi="Times New Roman" w:cs="Times New Roman"/>
          <w:b/>
          <w:bCs/>
          <w:sz w:val="22"/>
          <w:szCs w:val="24"/>
          <w:lang w:val="it-IT"/>
        </w:rPr>
        <w:t xml:space="preserve">per la costituzione di una Short-List di esperti cui conferire incarichi professionali per lo svolgimento delle attività di Supervisione monoprofessionale di gruppo, monoprofessionale individuale e organizzativa di équipe multiprofessionale rivolta agli assistenti sociali, educatori e psicologi del Comune di Napoli, finanziate dal Fondo Nazionale Politiche Sociali (FNPS) - </w:t>
      </w:r>
      <w:r w:rsidR="00CF4C97" w:rsidRPr="00CF4C97">
        <w:rPr>
          <w:rFonts w:ascii="Times New Roman" w:hAnsi="Times New Roman" w:cs="Times New Roman"/>
          <w:b/>
          <w:bCs/>
          <w:iCs/>
          <w:sz w:val="22"/>
          <w:szCs w:val="24"/>
          <w:lang w:val="it-IT"/>
        </w:rPr>
        <w:t xml:space="preserve">Quota supervisione del personale dei servizi sociali </w:t>
      </w:r>
    </w:p>
    <w:p w14:paraId="238FC006" w14:textId="7BB95270" w:rsidR="00CF4C97" w:rsidRPr="00D57184" w:rsidRDefault="00CF4C97" w:rsidP="007A73B3">
      <w:pPr>
        <w:rPr>
          <w:rFonts w:ascii="Times New Roman" w:hAnsi="Times New Roman" w:cs="Times New Roman"/>
          <w:b/>
          <w:sz w:val="22"/>
          <w:szCs w:val="24"/>
          <w:lang w:val="it-IT"/>
        </w:rPr>
      </w:pPr>
    </w:p>
    <w:p w14:paraId="23D0AFF1" w14:textId="77777777" w:rsidR="00F55EA6" w:rsidRPr="00F55EA6" w:rsidRDefault="00F55EA6">
      <w:pPr>
        <w:spacing w:before="160"/>
        <w:rPr>
          <w:rFonts w:ascii="Times New Roman" w:hAnsi="Times New Roman" w:cs="Times New Roman"/>
          <w:b/>
          <w:sz w:val="22"/>
          <w:szCs w:val="24"/>
          <w:lang w:val="it-IT"/>
        </w:rPr>
      </w:pPr>
    </w:p>
    <w:p w14:paraId="1D5D8A49" w14:textId="77777777" w:rsidR="00DA0870" w:rsidRDefault="004A61DC" w:rsidP="00287B94">
      <w:pPr>
        <w:spacing w:before="160"/>
        <w:jc w:val="right"/>
        <w:rPr>
          <w:rFonts w:ascii="Times New Roman" w:hAnsi="Times New Roman" w:cs="Times New Roman"/>
          <w:b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b/>
          <w:sz w:val="22"/>
          <w:szCs w:val="24"/>
          <w:lang w:val="it-IT"/>
        </w:rPr>
        <w:t>Al Comune di Napoli</w:t>
      </w:r>
    </w:p>
    <w:p w14:paraId="12F002CA" w14:textId="603E5D21" w:rsidR="00232F99" w:rsidRDefault="00DA0870" w:rsidP="00287B94">
      <w:pPr>
        <w:spacing w:before="160"/>
        <w:jc w:val="right"/>
        <w:rPr>
          <w:rFonts w:ascii="Times New Roman" w:hAnsi="Times New Roman" w:cs="Times New Roman"/>
          <w:sz w:val="22"/>
          <w:szCs w:val="24"/>
          <w:lang w:val="it-IT"/>
        </w:rPr>
      </w:pPr>
      <w:r w:rsidRPr="002D6E2A">
        <w:rPr>
          <w:rFonts w:ascii="Times New Roman" w:hAnsi="Times New Roman" w:cs="Times New Roman"/>
          <w:sz w:val="22"/>
          <w:szCs w:val="24"/>
          <w:lang w:val="it-IT"/>
        </w:rPr>
        <w:t>Area Welfare</w:t>
      </w:r>
      <w:r w:rsidR="004A61DC" w:rsidRPr="00F55EA6">
        <w:rPr>
          <w:rFonts w:ascii="Times New Roman" w:hAnsi="Times New Roman" w:cs="Times New Roman"/>
          <w:b/>
          <w:sz w:val="22"/>
          <w:szCs w:val="24"/>
          <w:lang w:val="it-IT"/>
        </w:rPr>
        <w:br/>
      </w:r>
      <w:r w:rsidR="004A61DC" w:rsidRPr="00F55EA6">
        <w:rPr>
          <w:rFonts w:ascii="Times New Roman" w:hAnsi="Times New Roman" w:cs="Times New Roman"/>
          <w:sz w:val="22"/>
          <w:szCs w:val="24"/>
          <w:lang w:val="it-IT"/>
        </w:rPr>
        <w:t>Servizio Programmazione Sociale ed Emergenze Sociali</w:t>
      </w:r>
    </w:p>
    <w:p w14:paraId="3434CC28" w14:textId="77777777" w:rsidR="00287B94" w:rsidRPr="00F55EA6" w:rsidRDefault="00287B94" w:rsidP="00287B94">
      <w:pPr>
        <w:spacing w:before="160"/>
        <w:jc w:val="right"/>
        <w:rPr>
          <w:rFonts w:ascii="Times New Roman" w:hAnsi="Times New Roman" w:cs="Times New Roman"/>
          <w:sz w:val="22"/>
          <w:szCs w:val="24"/>
          <w:lang w:val="it-IT"/>
        </w:rPr>
      </w:pPr>
    </w:p>
    <w:p w14:paraId="0920AC59" w14:textId="77777777" w:rsidR="00916419" w:rsidRDefault="004A61DC" w:rsidP="00916419">
      <w:pPr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t>Il/La sottoscritto/a __________________________________</w:t>
      </w:r>
      <w:r w:rsidR="00916419">
        <w:rPr>
          <w:rFonts w:ascii="Times New Roman" w:hAnsi="Times New Roman" w:cs="Times New Roman"/>
          <w:sz w:val="22"/>
          <w:szCs w:val="24"/>
          <w:lang w:val="it-IT"/>
        </w:rPr>
        <w:t>__</w:t>
      </w:r>
      <w:r w:rsidRPr="00F55EA6">
        <w:rPr>
          <w:rFonts w:ascii="Times New Roman" w:hAnsi="Times New Roman" w:cs="Times New Roman"/>
          <w:sz w:val="22"/>
          <w:szCs w:val="24"/>
          <w:lang w:val="it-IT"/>
        </w:rPr>
        <w:t>_______</w:t>
      </w:r>
      <w:r w:rsidR="00916419">
        <w:rPr>
          <w:rFonts w:ascii="Times New Roman" w:hAnsi="Times New Roman" w:cs="Times New Roman"/>
          <w:sz w:val="22"/>
          <w:szCs w:val="24"/>
          <w:lang w:val="it-IT"/>
        </w:rPr>
        <w:t>________________________</w:t>
      </w:r>
      <w:r w:rsidRPr="00F55EA6">
        <w:rPr>
          <w:rFonts w:ascii="Times New Roman" w:hAnsi="Times New Roman" w:cs="Times New Roman"/>
          <w:sz w:val="22"/>
          <w:szCs w:val="24"/>
          <w:lang w:val="it-IT"/>
        </w:rPr>
        <w:t xml:space="preserve">_, nato/a a </w:t>
      </w:r>
      <w:r w:rsidR="00916419">
        <w:rPr>
          <w:rFonts w:ascii="Times New Roman" w:hAnsi="Times New Roman" w:cs="Times New Roman"/>
          <w:sz w:val="22"/>
          <w:szCs w:val="24"/>
          <w:lang w:val="it-IT"/>
        </w:rPr>
        <w:t xml:space="preserve">_______________________________ </w:t>
      </w:r>
      <w:r w:rsidRPr="00F55EA6">
        <w:rPr>
          <w:rFonts w:ascii="Times New Roman" w:hAnsi="Times New Roman" w:cs="Times New Roman"/>
          <w:sz w:val="22"/>
          <w:szCs w:val="24"/>
          <w:lang w:val="it-IT"/>
        </w:rPr>
        <w:t xml:space="preserve">(prov. _____) il ____/____/________, </w:t>
      </w:r>
    </w:p>
    <w:p w14:paraId="0231D0B7" w14:textId="77777777" w:rsidR="00916419" w:rsidRDefault="004A61DC" w:rsidP="00916419">
      <w:pPr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t>residente a _________________________ (prov. _____), via/piazza ______________________________</w:t>
      </w:r>
      <w:r w:rsidR="00916419">
        <w:rPr>
          <w:rFonts w:ascii="Times New Roman" w:hAnsi="Times New Roman" w:cs="Times New Roman"/>
          <w:sz w:val="22"/>
          <w:szCs w:val="24"/>
          <w:lang w:val="it-IT"/>
        </w:rPr>
        <w:t>__</w:t>
      </w:r>
      <w:r w:rsidRPr="00F55EA6">
        <w:rPr>
          <w:rFonts w:ascii="Times New Roman" w:hAnsi="Times New Roman" w:cs="Times New Roman"/>
          <w:sz w:val="22"/>
          <w:szCs w:val="24"/>
          <w:lang w:val="it-IT"/>
        </w:rPr>
        <w:t xml:space="preserve"> n. _____ CAP __________, codice fiscale ____________________________________________</w:t>
      </w:r>
      <w:r w:rsidR="00916419">
        <w:rPr>
          <w:rFonts w:ascii="Times New Roman" w:hAnsi="Times New Roman" w:cs="Times New Roman"/>
          <w:sz w:val="22"/>
          <w:szCs w:val="24"/>
          <w:lang w:val="it-IT"/>
        </w:rPr>
        <w:t>_________</w:t>
      </w:r>
      <w:r w:rsidRPr="00F55EA6">
        <w:rPr>
          <w:rFonts w:ascii="Times New Roman" w:hAnsi="Times New Roman" w:cs="Times New Roman"/>
          <w:sz w:val="22"/>
          <w:szCs w:val="24"/>
          <w:lang w:val="it-IT"/>
        </w:rPr>
        <w:t xml:space="preserve">, e-mail _________________________________________________, </w:t>
      </w:r>
    </w:p>
    <w:p w14:paraId="1CFCBC54" w14:textId="77777777" w:rsidR="00916419" w:rsidRDefault="004A61DC" w:rsidP="00916419">
      <w:pPr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t xml:space="preserve">PEC ____________________________________________________, </w:t>
      </w:r>
    </w:p>
    <w:p w14:paraId="1CA7CA77" w14:textId="4C20AF95" w:rsidR="00232F99" w:rsidRPr="00F55EA6" w:rsidRDefault="004A61DC" w:rsidP="00916419">
      <w:pPr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t>telefono ________________________________________________,</w:t>
      </w:r>
    </w:p>
    <w:p w14:paraId="6C0EEADB" w14:textId="77777777" w:rsidR="00232F99" w:rsidRPr="00F55EA6" w:rsidRDefault="004A61DC">
      <w:pPr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b/>
          <w:sz w:val="22"/>
          <w:szCs w:val="24"/>
          <w:lang w:val="it-IT"/>
        </w:rPr>
        <w:t>avendo preso visione dell’Avviso pubblico indicato in oggetto,</w:t>
      </w:r>
    </w:p>
    <w:p w14:paraId="1354B32C" w14:textId="77777777" w:rsidR="00232F99" w:rsidRPr="00F55EA6" w:rsidRDefault="004A61DC">
      <w:pPr>
        <w:jc w:val="center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b/>
          <w:sz w:val="28"/>
          <w:szCs w:val="24"/>
          <w:lang w:val="it-IT"/>
        </w:rPr>
        <w:t>MANIFESTA</w:t>
      </w:r>
    </w:p>
    <w:p w14:paraId="336A49C5" w14:textId="4AAC00C6" w:rsidR="00232F99" w:rsidRPr="00F55EA6" w:rsidRDefault="004A61DC" w:rsidP="00DF1275">
      <w:pPr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t xml:space="preserve">il proprio interesse all’iscrizione nella Short List di professionisti esperti per l’eventuale conferimento di incarichi professionali relativi allo svolgimento delle attività di supervisione </w:t>
      </w:r>
      <w:r w:rsidR="000605E7">
        <w:rPr>
          <w:rFonts w:ascii="Times New Roman" w:hAnsi="Times New Roman" w:cs="Times New Roman"/>
          <w:sz w:val="22"/>
          <w:szCs w:val="24"/>
          <w:lang w:val="it-IT"/>
        </w:rPr>
        <w:t xml:space="preserve">professionale </w:t>
      </w:r>
      <w:r w:rsidRPr="00F55EA6">
        <w:rPr>
          <w:rFonts w:ascii="Times New Roman" w:hAnsi="Times New Roman" w:cs="Times New Roman"/>
          <w:sz w:val="22"/>
          <w:szCs w:val="24"/>
          <w:lang w:val="it-IT"/>
        </w:rPr>
        <w:t xml:space="preserve">del personale </w:t>
      </w:r>
      <w:r w:rsidR="000605E7">
        <w:rPr>
          <w:rFonts w:ascii="Times New Roman" w:hAnsi="Times New Roman" w:cs="Times New Roman"/>
          <w:sz w:val="22"/>
          <w:szCs w:val="24"/>
          <w:lang w:val="it-IT"/>
        </w:rPr>
        <w:t>sociale</w:t>
      </w:r>
      <w:r w:rsidRPr="00F55EA6">
        <w:rPr>
          <w:rFonts w:ascii="Times New Roman" w:hAnsi="Times New Roman" w:cs="Times New Roman"/>
          <w:sz w:val="22"/>
          <w:szCs w:val="24"/>
          <w:lang w:val="it-IT"/>
        </w:rPr>
        <w:t xml:space="preserve"> del Comune di Napoli, finanziate dal Fondo Nazionale Politiche Sociali (FNPS).</w:t>
      </w:r>
    </w:p>
    <w:p w14:paraId="0F9CD98B" w14:textId="77777777" w:rsidR="00232F99" w:rsidRPr="00F55EA6" w:rsidRDefault="004A61DC" w:rsidP="00DF1275">
      <w:pPr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b/>
          <w:sz w:val="22"/>
          <w:szCs w:val="24"/>
          <w:lang w:val="it-IT"/>
        </w:rPr>
        <w:t>A tal fine chiede l’iscrizione nella seguente sezione della Short List:</w:t>
      </w:r>
    </w:p>
    <w:p w14:paraId="0F526E35" w14:textId="77777777" w:rsidR="00232F99" w:rsidRPr="00F55EA6" w:rsidRDefault="004A61DC" w:rsidP="00DF1275">
      <w:pPr>
        <w:ind w:left="227" w:hanging="227"/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Segoe UI Symbol" w:hAnsi="Segoe UI Symbol" w:cs="Segoe UI Symbol"/>
          <w:sz w:val="22"/>
          <w:szCs w:val="24"/>
          <w:lang w:val="it-IT"/>
        </w:rPr>
        <w:t>☐</w:t>
      </w:r>
      <w:r w:rsidRPr="00F55EA6">
        <w:rPr>
          <w:rFonts w:ascii="Times New Roman" w:hAnsi="Times New Roman" w:cs="Times New Roman"/>
          <w:sz w:val="22"/>
          <w:szCs w:val="24"/>
          <w:lang w:val="it-IT"/>
        </w:rPr>
        <w:t xml:space="preserve"> SEZIONE A – Supervisione monoprofessionale di gruppo (A1) e supervisione monoprofessionale individuale (A2) per Assistenti sociali</w:t>
      </w:r>
    </w:p>
    <w:p w14:paraId="685AB062" w14:textId="77777777" w:rsidR="00232F99" w:rsidRPr="00F55EA6" w:rsidRDefault="004A61DC" w:rsidP="00DF1275">
      <w:pPr>
        <w:ind w:left="227" w:hanging="227"/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Segoe UI Symbol" w:hAnsi="Segoe UI Symbol" w:cs="Segoe UI Symbol"/>
          <w:sz w:val="22"/>
          <w:szCs w:val="24"/>
          <w:lang w:val="it-IT"/>
        </w:rPr>
        <w:t>☐</w:t>
      </w:r>
      <w:r w:rsidRPr="00F55EA6">
        <w:rPr>
          <w:rFonts w:ascii="Times New Roman" w:hAnsi="Times New Roman" w:cs="Times New Roman"/>
          <w:sz w:val="22"/>
          <w:szCs w:val="24"/>
          <w:lang w:val="it-IT"/>
        </w:rPr>
        <w:t xml:space="preserve"> SEZIONE B – Supervisione organizzativa di équipe multiprofessionale (A3)</w:t>
      </w:r>
    </w:p>
    <w:p w14:paraId="7A2D843A" w14:textId="77777777" w:rsidR="00232F99" w:rsidRPr="00F55EA6" w:rsidRDefault="004A61DC" w:rsidP="00DF1275">
      <w:pPr>
        <w:jc w:val="both"/>
        <w:rPr>
          <w:rFonts w:ascii="Times New Roman" w:hAnsi="Times New Roman" w:cs="Times New Roman"/>
          <w:sz w:val="22"/>
          <w:szCs w:val="24"/>
        </w:rPr>
      </w:pPr>
      <w:r w:rsidRPr="00F55EA6">
        <w:rPr>
          <w:rFonts w:ascii="Times New Roman" w:hAnsi="Times New Roman" w:cs="Times New Roman"/>
          <w:i/>
          <w:sz w:val="22"/>
          <w:szCs w:val="24"/>
          <w:lang w:val="it-IT"/>
        </w:rPr>
        <w:t xml:space="preserve">A tal fine, consapevole delle responsabilità e delle sanzioni penali previste in caso di dichiarazioni mendaci, formazione o uso di atti falsi, ai sensi degli artt. </w:t>
      </w:r>
      <w:r w:rsidRPr="00F55EA6">
        <w:rPr>
          <w:rFonts w:ascii="Times New Roman" w:hAnsi="Times New Roman" w:cs="Times New Roman"/>
          <w:i/>
          <w:sz w:val="22"/>
          <w:szCs w:val="24"/>
        </w:rPr>
        <w:t>46, 47, 75 e 76 del D.P.R. n. 445/2000,</w:t>
      </w:r>
    </w:p>
    <w:p w14:paraId="522BFAAB" w14:textId="574F2EFC" w:rsidR="00916419" w:rsidRDefault="00916419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3CA4C92" w14:textId="717B18B3" w:rsidR="000605E7" w:rsidRDefault="000605E7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A6F7115" w14:textId="0F3D6909" w:rsidR="000605E7" w:rsidRDefault="000605E7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41F32FCC" w14:textId="77777777" w:rsidR="000605E7" w:rsidRDefault="000605E7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3F36A31A" w14:textId="26D19ACA" w:rsidR="00232F99" w:rsidRPr="00F55EA6" w:rsidRDefault="004A61DC">
      <w:pPr>
        <w:jc w:val="center"/>
        <w:rPr>
          <w:rFonts w:ascii="Times New Roman" w:hAnsi="Times New Roman" w:cs="Times New Roman"/>
          <w:sz w:val="22"/>
          <w:szCs w:val="24"/>
        </w:rPr>
      </w:pPr>
      <w:r w:rsidRPr="00F55EA6">
        <w:rPr>
          <w:rFonts w:ascii="Times New Roman" w:hAnsi="Times New Roman" w:cs="Times New Roman"/>
          <w:b/>
          <w:sz w:val="28"/>
          <w:szCs w:val="24"/>
        </w:rPr>
        <w:lastRenderedPageBreak/>
        <w:t>DICHIARA</w:t>
      </w:r>
    </w:p>
    <w:p w14:paraId="7B6BB083" w14:textId="77777777" w:rsidR="00A13C91" w:rsidRDefault="004A61DC" w:rsidP="00495EE0">
      <w:pPr>
        <w:pStyle w:val="Puntoelenco"/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495EE0">
        <w:rPr>
          <w:rFonts w:ascii="Times New Roman" w:hAnsi="Times New Roman" w:cs="Times New Roman"/>
          <w:sz w:val="22"/>
          <w:szCs w:val="24"/>
          <w:lang w:val="it-IT"/>
        </w:rPr>
        <w:t>di essere in possesso della cittadinanza italiana o di uno degli St</w:t>
      </w:r>
      <w:r w:rsidR="007C088F" w:rsidRPr="00495EE0">
        <w:rPr>
          <w:rFonts w:ascii="Times New Roman" w:hAnsi="Times New Roman" w:cs="Times New Roman"/>
          <w:sz w:val="22"/>
          <w:szCs w:val="24"/>
          <w:lang w:val="it-IT"/>
        </w:rPr>
        <w:t>ati membri dell’Unione Europea</w:t>
      </w:r>
      <w:r w:rsidR="00A13C91">
        <w:rPr>
          <w:rFonts w:ascii="Times New Roman" w:hAnsi="Times New Roman" w:cs="Times New Roman"/>
          <w:sz w:val="22"/>
          <w:szCs w:val="24"/>
          <w:lang w:val="it-IT"/>
        </w:rPr>
        <w:t xml:space="preserve"> oppure </w:t>
      </w:r>
    </w:p>
    <w:p w14:paraId="2E1BE401" w14:textId="0139DEA9" w:rsidR="00232F99" w:rsidRPr="00495EE0" w:rsidRDefault="00A13C91" w:rsidP="00A13C91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sz w:val="22"/>
          <w:szCs w:val="24"/>
          <w:lang w:val="it-IT"/>
        </w:rPr>
      </w:pPr>
      <w:r w:rsidRPr="00A13C91">
        <w:rPr>
          <w:rFonts w:ascii="Times New Roman" w:hAnsi="Times New Roman" w:cs="Times New Roman"/>
          <w:sz w:val="22"/>
          <w:szCs w:val="24"/>
          <w:lang w:val="it-IT"/>
        </w:rPr>
        <w:t>essere cittadino extracomunitario regolarmente soggiornante nel territorio dello Stato italiano, godere dei diritti civili e politici, avere adeguata conoscenza della lingua italiana, essere in possesso di tutti gli altri requisiti previsti per i cittadini della Repubblica Italiana;</w:t>
      </w:r>
    </w:p>
    <w:p w14:paraId="7F06BFBE" w14:textId="77777777" w:rsidR="00232F99" w:rsidRPr="00495EE0" w:rsidRDefault="004A61DC" w:rsidP="00495EE0">
      <w:pPr>
        <w:pStyle w:val="Puntoelenco"/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495EE0">
        <w:rPr>
          <w:rFonts w:ascii="Times New Roman" w:hAnsi="Times New Roman" w:cs="Times New Roman"/>
          <w:sz w:val="22"/>
          <w:szCs w:val="24"/>
          <w:lang w:val="it-IT"/>
        </w:rPr>
        <w:t>di godere dei diritti civili e politici;</w:t>
      </w:r>
    </w:p>
    <w:p w14:paraId="38646B16" w14:textId="34B18CBF" w:rsidR="00E96445" w:rsidRPr="00495EE0" w:rsidRDefault="00E96445" w:rsidP="00495EE0">
      <w:pPr>
        <w:pStyle w:val="Puntoelenco"/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495EE0">
        <w:rPr>
          <w:rFonts w:ascii="Times New Roman" w:hAnsi="Times New Roman" w:cs="Times New Roman"/>
          <w:sz w:val="22"/>
          <w:szCs w:val="24"/>
          <w:lang w:val="it-IT"/>
        </w:rPr>
        <w:t>di non essere sottoposto/a a procedimenti penali;</w:t>
      </w:r>
    </w:p>
    <w:p w14:paraId="7DA08FC0" w14:textId="76F264C4" w:rsidR="007C088F" w:rsidRPr="00495EE0" w:rsidRDefault="007C088F" w:rsidP="00495EE0">
      <w:pPr>
        <w:pStyle w:val="Puntoelenco"/>
        <w:jc w:val="both"/>
        <w:rPr>
          <w:rFonts w:ascii="Times New Roman" w:hAnsi="Times New Roman" w:cs="Times New Roman"/>
          <w:bCs/>
          <w:sz w:val="22"/>
          <w:szCs w:val="24"/>
          <w:lang w:val="it-IT"/>
        </w:rPr>
      </w:pPr>
      <w:r w:rsidRPr="00495EE0">
        <w:rPr>
          <w:rFonts w:ascii="Times New Roman" w:hAnsi="Times New Roman" w:cs="Times New Roman"/>
          <w:bCs/>
          <w:sz w:val="22"/>
          <w:szCs w:val="24"/>
          <w:lang w:val="it-IT"/>
        </w:rPr>
        <w:t xml:space="preserve">di non aver riportato condanne penali e di non essere destinatario di provvedimenti relativi all’applicazione di misure di prevenzione e di provvedimenti iscritti nel casellario giudiziale; </w:t>
      </w:r>
    </w:p>
    <w:p w14:paraId="5A90A1A0" w14:textId="5A0670C8" w:rsidR="00232F99" w:rsidRDefault="004A61DC" w:rsidP="00495EE0">
      <w:pPr>
        <w:pStyle w:val="Puntoelenco"/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495EE0">
        <w:rPr>
          <w:rFonts w:ascii="Times New Roman" w:hAnsi="Times New Roman" w:cs="Times New Roman"/>
          <w:sz w:val="22"/>
          <w:szCs w:val="24"/>
          <w:lang w:val="it-IT"/>
        </w:rPr>
        <w:t>di non essere stato/a destituito/a, dispensato/a, dichiarato/a decaduto/a o licenziato/a da un precedente impiego presso una Pubblica Amministrazione per le cause ostative previste dalla normativa vigente;</w:t>
      </w:r>
    </w:p>
    <w:p w14:paraId="44219108" w14:textId="51EDDCD1" w:rsidR="002E1072" w:rsidRPr="00495EE0" w:rsidRDefault="002E1072" w:rsidP="00495EE0">
      <w:pPr>
        <w:pStyle w:val="Puntoelenco"/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>
        <w:rPr>
          <w:rFonts w:ascii="Times New Roman" w:hAnsi="Times New Roman" w:cs="Times New Roman"/>
          <w:sz w:val="22"/>
          <w:szCs w:val="24"/>
          <w:lang w:val="it-IT"/>
        </w:rPr>
        <w:t xml:space="preserve">di </w:t>
      </w:r>
      <w:r w:rsidRPr="002E1072">
        <w:rPr>
          <w:rFonts w:ascii="Times New Roman" w:hAnsi="Times New Roman" w:cs="Times New Roman"/>
          <w:sz w:val="22"/>
          <w:szCs w:val="24"/>
          <w:lang w:val="it-IT"/>
        </w:rPr>
        <w:t>non trovarsi in alcuna condizione di conflitto di interessi o che comporti il divieto di contrarre con la Pubblica Amministrazione</w:t>
      </w:r>
    </w:p>
    <w:p w14:paraId="79955921" w14:textId="4C7965B9" w:rsidR="00232F99" w:rsidRPr="00495EE0" w:rsidRDefault="004A61DC" w:rsidP="00495EE0">
      <w:pPr>
        <w:pStyle w:val="Puntoelenco"/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495EE0">
        <w:rPr>
          <w:rFonts w:ascii="Times New Roman" w:hAnsi="Times New Roman" w:cs="Times New Roman"/>
          <w:sz w:val="22"/>
          <w:szCs w:val="24"/>
          <w:lang w:val="it-IT"/>
        </w:rPr>
        <w:t xml:space="preserve">di non trovarsi in situazioni di incompatibilità, inconferibilità o conflitto di interessi, anche potenziale, rispetto all’incarico da conferire, secondo quanto previsto dall’Avviso </w:t>
      </w:r>
      <w:r w:rsidR="006E76AB" w:rsidRPr="00495EE0">
        <w:rPr>
          <w:rFonts w:ascii="Times New Roman" w:hAnsi="Times New Roman" w:cs="Times New Roman"/>
          <w:sz w:val="22"/>
          <w:szCs w:val="24"/>
          <w:lang w:val="it-IT"/>
        </w:rPr>
        <w:t xml:space="preserve">(art. 4) </w:t>
      </w:r>
      <w:r w:rsidRPr="00495EE0">
        <w:rPr>
          <w:rFonts w:ascii="Times New Roman" w:hAnsi="Times New Roman" w:cs="Times New Roman"/>
          <w:sz w:val="22"/>
          <w:szCs w:val="24"/>
          <w:lang w:val="it-IT"/>
        </w:rPr>
        <w:t>e dalla normativa vigente;</w:t>
      </w:r>
    </w:p>
    <w:p w14:paraId="7189374E" w14:textId="400FC285" w:rsidR="00232F99" w:rsidRDefault="004A61DC" w:rsidP="00495EE0">
      <w:pPr>
        <w:pStyle w:val="Puntoelenco"/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495EE0">
        <w:rPr>
          <w:rFonts w:ascii="Times New Roman" w:hAnsi="Times New Roman" w:cs="Times New Roman"/>
          <w:sz w:val="22"/>
          <w:szCs w:val="24"/>
          <w:lang w:val="it-IT"/>
        </w:rPr>
        <w:t>di essere in possesso dei requisiti previsti dall’art. 4 dell’Avviso per la sezione della Short List per la quale è presentata la candidatura.</w:t>
      </w:r>
    </w:p>
    <w:p w14:paraId="7B36B562" w14:textId="07AE6B3E" w:rsidR="00A13C91" w:rsidRDefault="00A13C91" w:rsidP="00A13C91">
      <w:pPr>
        <w:pStyle w:val="Puntoelenco"/>
        <w:numPr>
          <w:ilvl w:val="0"/>
          <w:numId w:val="0"/>
        </w:numPr>
        <w:jc w:val="both"/>
        <w:rPr>
          <w:rFonts w:ascii="Times New Roman" w:hAnsi="Times New Roman" w:cs="Times New Roman"/>
          <w:sz w:val="22"/>
          <w:szCs w:val="24"/>
          <w:lang w:val="it-IT"/>
        </w:rPr>
      </w:pPr>
    </w:p>
    <w:p w14:paraId="1CDEA0C3" w14:textId="0F40F160" w:rsidR="0039242F" w:rsidRPr="002E1072" w:rsidRDefault="0039242F" w:rsidP="002E1072">
      <w:pPr>
        <w:pStyle w:val="Puntoelenco"/>
        <w:numPr>
          <w:ilvl w:val="0"/>
          <w:numId w:val="0"/>
        </w:numPr>
        <w:ind w:left="360"/>
        <w:jc w:val="both"/>
        <w:rPr>
          <w:rFonts w:ascii="Times New Roman" w:hAnsi="Times New Roman" w:cs="Times New Roman"/>
          <w:sz w:val="22"/>
          <w:szCs w:val="24"/>
          <w:lang w:val="it-IT"/>
        </w:rPr>
      </w:pPr>
    </w:p>
    <w:p w14:paraId="381B8FF7" w14:textId="7C3C504D" w:rsidR="00232F99" w:rsidRPr="00F55EA6" w:rsidRDefault="004A61DC">
      <w:pPr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b/>
          <w:sz w:val="22"/>
          <w:szCs w:val="24"/>
          <w:lang w:val="it-IT"/>
        </w:rPr>
        <w:t>DATI PROFESSIONALI</w:t>
      </w:r>
    </w:p>
    <w:p w14:paraId="146ECE79" w14:textId="77777777" w:rsidR="00232F99" w:rsidRPr="00F55EA6" w:rsidRDefault="004A61DC">
      <w:pPr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t>Titolo di studio: ______________________________________________________________________</w:t>
      </w:r>
      <w:r w:rsidRPr="00F55EA6">
        <w:rPr>
          <w:rFonts w:ascii="Times New Roman" w:hAnsi="Times New Roman" w:cs="Times New Roman"/>
          <w:sz w:val="22"/>
          <w:szCs w:val="24"/>
          <w:lang w:val="it-IT"/>
        </w:rPr>
        <w:br/>
        <w:t>conseguito presso ______________________________________________________________ nell’anno __________ con votazione ______________________________.</w:t>
      </w:r>
    </w:p>
    <w:p w14:paraId="79F3C654" w14:textId="77777777" w:rsidR="00232F99" w:rsidRPr="00F55EA6" w:rsidRDefault="004A61DC">
      <w:pPr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t>Albo professionale: ________________________________________________________________</w:t>
      </w:r>
      <w:r w:rsidRPr="00F55EA6">
        <w:rPr>
          <w:rFonts w:ascii="Times New Roman" w:hAnsi="Times New Roman" w:cs="Times New Roman"/>
          <w:sz w:val="22"/>
          <w:szCs w:val="24"/>
          <w:lang w:val="it-IT"/>
        </w:rPr>
        <w:br/>
        <w:t>n. iscrizione ____________________________   data di iscrizione ____________________________.</w:t>
      </w:r>
    </w:p>
    <w:p w14:paraId="180C8492" w14:textId="77777777" w:rsidR="00232F99" w:rsidRPr="00F55EA6" w:rsidRDefault="004A61DC">
      <w:pPr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t>Professione esercitata: _____________________________________________________________</w:t>
      </w:r>
      <w:r w:rsidRPr="00F55EA6">
        <w:rPr>
          <w:rFonts w:ascii="Times New Roman" w:hAnsi="Times New Roman" w:cs="Times New Roman"/>
          <w:sz w:val="22"/>
          <w:szCs w:val="24"/>
          <w:lang w:val="it-IT"/>
        </w:rPr>
        <w:br/>
        <w:t>dal ____/____/________.</w:t>
      </w:r>
    </w:p>
    <w:p w14:paraId="68AC36D6" w14:textId="77777777" w:rsidR="00287B94" w:rsidRDefault="00287B94">
      <w:pPr>
        <w:rPr>
          <w:rFonts w:ascii="Times New Roman" w:hAnsi="Times New Roman" w:cs="Times New Roman"/>
          <w:b/>
          <w:sz w:val="22"/>
          <w:szCs w:val="24"/>
          <w:lang w:val="it-IT"/>
        </w:rPr>
      </w:pPr>
    </w:p>
    <w:p w14:paraId="334698DA" w14:textId="771C2953" w:rsidR="00232F99" w:rsidRPr="00D916BA" w:rsidRDefault="004A61DC">
      <w:pPr>
        <w:rPr>
          <w:rFonts w:ascii="Times New Roman" w:hAnsi="Times New Roman" w:cs="Times New Roman"/>
          <w:sz w:val="22"/>
          <w:szCs w:val="24"/>
          <w:lang w:val="it-IT"/>
        </w:rPr>
      </w:pPr>
      <w:r w:rsidRPr="00D916BA">
        <w:rPr>
          <w:rFonts w:ascii="Times New Roman" w:hAnsi="Times New Roman" w:cs="Times New Roman"/>
          <w:b/>
          <w:sz w:val="22"/>
          <w:szCs w:val="24"/>
          <w:lang w:val="it-IT"/>
        </w:rPr>
        <w:t>PER I CANDIDATI ALLA SEZIONE A</w:t>
      </w:r>
      <w:r w:rsidR="00DF1294" w:rsidRPr="00DF1294">
        <w:rPr>
          <w:rFonts w:ascii="Times New Roman" w:hAnsi="Times New Roman" w:cs="Times New Roman"/>
          <w:b/>
          <w:sz w:val="22"/>
          <w:szCs w:val="24"/>
          <w:lang w:val="it-IT"/>
        </w:rPr>
        <w:t xml:space="preserve"> </w:t>
      </w:r>
      <w:r w:rsidR="00DF1294">
        <w:rPr>
          <w:rFonts w:ascii="Times New Roman" w:hAnsi="Times New Roman" w:cs="Times New Roman"/>
          <w:b/>
          <w:sz w:val="22"/>
          <w:szCs w:val="24"/>
          <w:lang w:val="it-IT"/>
        </w:rPr>
        <w:t xml:space="preserve">DELLA SHORT LIST </w:t>
      </w:r>
    </w:p>
    <w:p w14:paraId="58E47E5E" w14:textId="77777777" w:rsidR="00E96445" w:rsidRPr="00D916BA" w:rsidRDefault="00E96445" w:rsidP="00E96445">
      <w:pPr>
        <w:ind w:left="227" w:hanging="227"/>
        <w:rPr>
          <w:rFonts w:ascii="Times New Roman" w:hAnsi="Times New Roman" w:cs="Times New Roman"/>
          <w:sz w:val="22"/>
          <w:szCs w:val="24"/>
          <w:lang w:val="it-IT"/>
        </w:rPr>
      </w:pPr>
      <w:r w:rsidRPr="00D916BA">
        <w:rPr>
          <w:rFonts w:ascii="Segoe UI Symbol" w:hAnsi="Segoe UI Symbol" w:cs="Segoe UI Symbol"/>
          <w:lang w:val="it-IT"/>
        </w:rPr>
        <w:t>☐</w:t>
      </w:r>
      <w:r w:rsidRPr="00D916BA">
        <w:rPr>
          <w:rFonts w:ascii="Times New Roman" w:hAnsi="Times New Roman" w:cs="Times New Roman"/>
          <w:lang w:val="it-IT"/>
        </w:rPr>
        <w:t xml:space="preserve"> </w:t>
      </w:r>
      <w:r w:rsidRPr="00D916BA">
        <w:rPr>
          <w:rFonts w:ascii="Times New Roman" w:hAnsi="Times New Roman" w:cs="Times New Roman"/>
          <w:sz w:val="22"/>
          <w:szCs w:val="24"/>
          <w:lang w:val="it-IT"/>
        </w:rPr>
        <w:t>di essere Assistente sociale regolarmente iscritto/a al relativo Albo professionale e in possesso dei requisiti previsti dalla normativa vigente per l’esercizio della professione;</w:t>
      </w:r>
    </w:p>
    <w:p w14:paraId="43C1D8E3" w14:textId="52F67D2C" w:rsidR="00E96445" w:rsidRPr="00D916BA" w:rsidRDefault="00E96445" w:rsidP="00E96445">
      <w:pPr>
        <w:ind w:left="227" w:hanging="227"/>
        <w:rPr>
          <w:rFonts w:ascii="Times New Roman" w:hAnsi="Times New Roman" w:cs="Times New Roman"/>
          <w:sz w:val="22"/>
          <w:szCs w:val="24"/>
          <w:lang w:val="it-IT"/>
        </w:rPr>
      </w:pPr>
      <w:r w:rsidRPr="00D916BA">
        <w:rPr>
          <w:rFonts w:ascii="Segoe UI Symbol" w:hAnsi="Segoe UI Symbol" w:cs="Segoe UI Symbol"/>
          <w:sz w:val="22"/>
          <w:szCs w:val="24"/>
          <w:lang w:val="it-IT"/>
        </w:rPr>
        <w:t>☐</w:t>
      </w:r>
      <w:r w:rsidRPr="00D916BA">
        <w:rPr>
          <w:rFonts w:ascii="Times New Roman" w:hAnsi="Times New Roman" w:cs="Times New Roman"/>
          <w:sz w:val="22"/>
          <w:szCs w:val="24"/>
          <w:lang w:val="it-IT"/>
        </w:rPr>
        <w:t xml:space="preserve"> di esercitare la professione da almeno cinque anni e di aver maturato una comprovata esperienza nel lavoro sociale</w:t>
      </w:r>
      <w:r w:rsidR="00842D28">
        <w:rPr>
          <w:rFonts w:ascii="Times New Roman" w:hAnsi="Times New Roman" w:cs="Times New Roman"/>
          <w:sz w:val="22"/>
          <w:szCs w:val="24"/>
          <w:lang w:val="it-IT"/>
        </w:rPr>
        <w:t>,</w:t>
      </w:r>
      <w:r w:rsidR="00842D28" w:rsidRPr="00842D28">
        <w:rPr>
          <w:rFonts w:ascii="Times New Roman" w:hAnsi="Times New Roman" w:cs="Times New Roman"/>
          <w:sz w:val="22"/>
          <w:szCs w:val="24"/>
          <w:lang w:val="it-IT"/>
        </w:rPr>
        <w:t xml:space="preserve"> così come dettagliato nella “Scheda sintetica delle esperienze e dei titoli”</w:t>
      </w:r>
      <w:r w:rsidR="00842D28">
        <w:rPr>
          <w:rFonts w:ascii="Times New Roman" w:hAnsi="Times New Roman" w:cs="Times New Roman"/>
          <w:sz w:val="22"/>
          <w:szCs w:val="24"/>
          <w:lang w:val="it-IT"/>
        </w:rPr>
        <w:t xml:space="preserve"> </w:t>
      </w:r>
      <w:r w:rsidRPr="00D916BA">
        <w:rPr>
          <w:rFonts w:ascii="Times New Roman" w:hAnsi="Times New Roman" w:cs="Times New Roman"/>
          <w:sz w:val="22"/>
          <w:szCs w:val="24"/>
          <w:lang w:val="it-IT"/>
        </w:rPr>
        <w:t>;</w:t>
      </w:r>
    </w:p>
    <w:p w14:paraId="6DE05602" w14:textId="482670C8" w:rsidR="00E96445" w:rsidRPr="00D916BA" w:rsidRDefault="00E96445" w:rsidP="00E96445">
      <w:pPr>
        <w:ind w:left="227" w:hanging="227"/>
        <w:rPr>
          <w:rFonts w:ascii="Times New Roman" w:hAnsi="Times New Roman" w:cs="Times New Roman"/>
          <w:sz w:val="22"/>
          <w:szCs w:val="24"/>
          <w:lang w:val="it-IT"/>
        </w:rPr>
      </w:pPr>
      <w:r w:rsidRPr="00D916BA">
        <w:rPr>
          <w:rFonts w:ascii="Segoe UI Symbol" w:hAnsi="Segoe UI Symbol" w:cs="Segoe UI Symbol"/>
          <w:sz w:val="22"/>
          <w:szCs w:val="24"/>
          <w:lang w:val="it-IT"/>
        </w:rPr>
        <w:t>☐</w:t>
      </w:r>
      <w:r w:rsidRPr="00D916BA">
        <w:rPr>
          <w:rFonts w:ascii="Times New Roman" w:hAnsi="Times New Roman" w:cs="Times New Roman"/>
          <w:sz w:val="22"/>
          <w:szCs w:val="24"/>
          <w:lang w:val="it-IT"/>
        </w:rPr>
        <w:t xml:space="preserve"> di possedere una comprovata formazione specifica in materia di supervisione professionale, secondo quanto previsto dall’art. 4 dell’Avviso</w:t>
      </w:r>
      <w:r w:rsidR="003321FE">
        <w:rPr>
          <w:rFonts w:ascii="Times New Roman" w:hAnsi="Times New Roman" w:cs="Times New Roman"/>
          <w:sz w:val="22"/>
          <w:szCs w:val="24"/>
          <w:lang w:val="it-IT"/>
        </w:rPr>
        <w:t>, così come dettagliato nella “Scheda sintetica delle esperienze e dei titoli”</w:t>
      </w:r>
      <w:r w:rsidRPr="00D916BA">
        <w:rPr>
          <w:rFonts w:ascii="Times New Roman" w:hAnsi="Times New Roman" w:cs="Times New Roman"/>
          <w:sz w:val="22"/>
          <w:szCs w:val="24"/>
          <w:lang w:val="it-IT"/>
        </w:rPr>
        <w:t>;</w:t>
      </w:r>
    </w:p>
    <w:p w14:paraId="084A0179" w14:textId="49AE5728" w:rsidR="00E96445" w:rsidRDefault="00E96445" w:rsidP="00E96445">
      <w:pPr>
        <w:ind w:left="227" w:hanging="227"/>
        <w:rPr>
          <w:rFonts w:ascii="Times New Roman" w:hAnsi="Times New Roman" w:cs="Times New Roman"/>
          <w:sz w:val="22"/>
          <w:szCs w:val="24"/>
          <w:lang w:val="it-IT"/>
        </w:rPr>
      </w:pPr>
      <w:r w:rsidRPr="00D916BA">
        <w:rPr>
          <w:rFonts w:ascii="Segoe UI Symbol" w:hAnsi="Segoe UI Symbol" w:cs="Segoe UI Symbol"/>
          <w:sz w:val="22"/>
          <w:szCs w:val="24"/>
          <w:lang w:val="it-IT"/>
        </w:rPr>
        <w:t>☐</w:t>
      </w:r>
      <w:r w:rsidRPr="00D916BA">
        <w:rPr>
          <w:rFonts w:ascii="Times New Roman" w:hAnsi="Times New Roman" w:cs="Times New Roman"/>
          <w:sz w:val="22"/>
          <w:szCs w:val="24"/>
          <w:lang w:val="it-IT"/>
        </w:rPr>
        <w:t xml:space="preserve"> di possedere documentabile esperienza nella supervisione professionale degli Assistenti sociali, maturata nei contesti indicati dall’art. 4 dell’Avviso.</w:t>
      </w:r>
    </w:p>
    <w:p w14:paraId="405273AC" w14:textId="14A90C9E" w:rsidR="006A0955" w:rsidRDefault="006A0955" w:rsidP="00E96445">
      <w:pPr>
        <w:ind w:left="227" w:hanging="227"/>
        <w:rPr>
          <w:rFonts w:ascii="Times New Roman" w:hAnsi="Times New Roman" w:cs="Times New Roman"/>
          <w:sz w:val="22"/>
          <w:szCs w:val="24"/>
          <w:lang w:val="it-IT"/>
        </w:rPr>
      </w:pPr>
    </w:p>
    <w:p w14:paraId="0014F37F" w14:textId="1CBAF2E6" w:rsidR="006A0955" w:rsidRPr="00E96445" w:rsidRDefault="006A0955" w:rsidP="006A0955">
      <w:pPr>
        <w:rPr>
          <w:rFonts w:ascii="Times New Roman" w:hAnsi="Times New Roman" w:cs="Times New Roman"/>
          <w:sz w:val="22"/>
          <w:szCs w:val="24"/>
          <w:lang w:val="it-IT"/>
        </w:rPr>
      </w:pPr>
    </w:p>
    <w:p w14:paraId="4755F228" w14:textId="77777777" w:rsidR="00287B94" w:rsidRDefault="00287B94">
      <w:pPr>
        <w:rPr>
          <w:rFonts w:ascii="Times New Roman" w:hAnsi="Times New Roman" w:cs="Times New Roman"/>
          <w:b/>
          <w:sz w:val="22"/>
          <w:szCs w:val="24"/>
          <w:lang w:val="it-IT"/>
        </w:rPr>
      </w:pPr>
    </w:p>
    <w:p w14:paraId="49D7E2F6" w14:textId="0F1039B2" w:rsidR="00232F99" w:rsidRPr="00DF1294" w:rsidRDefault="004A61DC" w:rsidP="00D916BA">
      <w:pPr>
        <w:rPr>
          <w:rFonts w:ascii="Times New Roman" w:hAnsi="Times New Roman" w:cs="Times New Roman"/>
          <w:b/>
          <w:sz w:val="22"/>
          <w:szCs w:val="24"/>
          <w:lang w:val="it-IT"/>
        </w:rPr>
      </w:pPr>
      <w:r w:rsidRPr="00D916BA">
        <w:rPr>
          <w:rFonts w:ascii="Times New Roman" w:hAnsi="Times New Roman" w:cs="Times New Roman"/>
          <w:b/>
          <w:sz w:val="22"/>
          <w:szCs w:val="24"/>
          <w:lang w:val="it-IT"/>
        </w:rPr>
        <w:t>PER I CANDIDATI ALLA SEZIONE B</w:t>
      </w:r>
      <w:r w:rsidR="00DF1294">
        <w:rPr>
          <w:rFonts w:ascii="Times New Roman" w:hAnsi="Times New Roman" w:cs="Times New Roman"/>
          <w:b/>
          <w:sz w:val="22"/>
          <w:szCs w:val="24"/>
          <w:lang w:val="it-IT"/>
        </w:rPr>
        <w:t xml:space="preserve"> </w:t>
      </w:r>
      <w:r w:rsidR="00DF1294" w:rsidRPr="00DF1294">
        <w:rPr>
          <w:rFonts w:ascii="Times New Roman" w:hAnsi="Times New Roman" w:cs="Times New Roman"/>
          <w:b/>
          <w:sz w:val="22"/>
          <w:szCs w:val="24"/>
          <w:lang w:val="it-IT"/>
        </w:rPr>
        <w:t xml:space="preserve">DELLA SHORT LIST </w:t>
      </w:r>
    </w:p>
    <w:p w14:paraId="37BD0655" w14:textId="77777777" w:rsidR="00E96445" w:rsidRPr="00D916BA" w:rsidRDefault="00E96445">
      <w:pPr>
        <w:ind w:left="227" w:hanging="227"/>
        <w:rPr>
          <w:rFonts w:ascii="Times New Roman" w:hAnsi="Times New Roman" w:cs="Times New Roman"/>
          <w:sz w:val="22"/>
          <w:szCs w:val="24"/>
          <w:lang w:val="it-IT"/>
        </w:rPr>
      </w:pPr>
      <w:r w:rsidRPr="00D916BA">
        <w:rPr>
          <w:rFonts w:ascii="Segoe UI Symbol" w:hAnsi="Segoe UI Symbol" w:cs="Segoe UI Symbol"/>
          <w:sz w:val="22"/>
          <w:szCs w:val="24"/>
          <w:lang w:val="it-IT"/>
        </w:rPr>
        <w:t>☐</w:t>
      </w:r>
      <w:r w:rsidRPr="00D916BA">
        <w:rPr>
          <w:rFonts w:ascii="Times New Roman" w:hAnsi="Times New Roman" w:cs="Times New Roman"/>
          <w:sz w:val="22"/>
          <w:szCs w:val="24"/>
          <w:lang w:val="it-IT"/>
        </w:rPr>
        <w:t xml:space="preserve"> di essere Psicologo/a regolarmente iscritto/a al relativo Albo professionale e in possesso dei requisiti previsti dalla normativa vigente per l’esercizio della professione;</w:t>
      </w:r>
    </w:p>
    <w:p w14:paraId="10BA195C" w14:textId="77777777" w:rsidR="00E96445" w:rsidRPr="00D916BA" w:rsidRDefault="00E96445">
      <w:pPr>
        <w:ind w:left="227" w:hanging="227"/>
        <w:rPr>
          <w:rFonts w:ascii="Times New Roman" w:hAnsi="Times New Roman" w:cs="Times New Roman"/>
          <w:sz w:val="22"/>
          <w:szCs w:val="24"/>
          <w:lang w:val="it-IT"/>
        </w:rPr>
      </w:pPr>
      <w:r w:rsidRPr="00D916BA">
        <w:rPr>
          <w:rFonts w:ascii="Segoe UI Symbol" w:hAnsi="Segoe UI Symbol" w:cs="Segoe UI Symbol"/>
          <w:sz w:val="22"/>
          <w:szCs w:val="24"/>
          <w:lang w:val="it-IT"/>
        </w:rPr>
        <w:t>☐</w:t>
      </w:r>
      <w:r w:rsidRPr="00D916BA">
        <w:rPr>
          <w:rFonts w:ascii="Times New Roman" w:hAnsi="Times New Roman" w:cs="Times New Roman"/>
          <w:sz w:val="22"/>
          <w:szCs w:val="24"/>
          <w:lang w:val="it-IT"/>
        </w:rPr>
        <w:t xml:space="preserve"> di esercitare la professione da almeno cinque anni e di aver maturato una comprovata esperienza nel lavoro sociale;</w:t>
      </w:r>
    </w:p>
    <w:p w14:paraId="7E28D37E" w14:textId="77777777" w:rsidR="00E96445" w:rsidRPr="00D916BA" w:rsidRDefault="00E96445">
      <w:pPr>
        <w:ind w:left="227" w:hanging="227"/>
        <w:rPr>
          <w:rFonts w:ascii="Times New Roman" w:hAnsi="Times New Roman" w:cs="Times New Roman"/>
          <w:sz w:val="22"/>
          <w:szCs w:val="24"/>
          <w:lang w:val="it-IT"/>
        </w:rPr>
      </w:pPr>
      <w:r w:rsidRPr="00D916BA">
        <w:rPr>
          <w:rFonts w:ascii="Segoe UI Symbol" w:hAnsi="Segoe UI Symbol" w:cs="Segoe UI Symbol"/>
          <w:sz w:val="22"/>
          <w:szCs w:val="24"/>
          <w:lang w:val="it-IT"/>
        </w:rPr>
        <w:t>☐</w:t>
      </w:r>
      <w:r w:rsidRPr="00D916BA">
        <w:rPr>
          <w:rFonts w:ascii="Times New Roman" w:hAnsi="Times New Roman" w:cs="Times New Roman"/>
          <w:sz w:val="22"/>
          <w:szCs w:val="24"/>
          <w:lang w:val="it-IT"/>
        </w:rPr>
        <w:t xml:space="preserve"> di possedere una comprovata formazione specifica in materia di supervisione professionale, coaching, facilitazione dei gruppi, formazione degli adulti o metodologie assimilabili, secondo quanto previsto dall’art. 4 dell’Avviso;</w:t>
      </w:r>
    </w:p>
    <w:p w14:paraId="7C8BE0D5" w14:textId="10B4ABA0" w:rsidR="00E96445" w:rsidRPr="00E96445" w:rsidRDefault="00E96445">
      <w:pPr>
        <w:ind w:left="227" w:hanging="227"/>
        <w:rPr>
          <w:rFonts w:ascii="Times New Roman" w:hAnsi="Times New Roman" w:cs="Times New Roman"/>
          <w:sz w:val="22"/>
          <w:szCs w:val="24"/>
          <w:lang w:val="it-IT"/>
        </w:rPr>
      </w:pPr>
      <w:r w:rsidRPr="00D916BA">
        <w:rPr>
          <w:rFonts w:ascii="Segoe UI Symbol" w:hAnsi="Segoe UI Symbol" w:cs="Segoe UI Symbol"/>
          <w:sz w:val="22"/>
          <w:szCs w:val="24"/>
          <w:lang w:val="it-IT"/>
        </w:rPr>
        <w:t>☐</w:t>
      </w:r>
      <w:r w:rsidRPr="00D916BA">
        <w:rPr>
          <w:rFonts w:ascii="Times New Roman" w:hAnsi="Times New Roman" w:cs="Times New Roman"/>
          <w:sz w:val="22"/>
          <w:szCs w:val="24"/>
          <w:lang w:val="it-IT"/>
        </w:rPr>
        <w:t xml:space="preserve"> di possedere documentabile esperienza nella supervisione professionale delle équipe multiprofessionali, maturata nei contesti indicati dall’art. 4 dell’Avviso.</w:t>
      </w:r>
    </w:p>
    <w:p w14:paraId="417F2A3C" w14:textId="29F739D0" w:rsidR="00D916BA" w:rsidRDefault="00D916BA">
      <w:pPr>
        <w:rPr>
          <w:rFonts w:ascii="Times New Roman" w:hAnsi="Times New Roman" w:cs="Times New Roman"/>
          <w:b/>
          <w:sz w:val="22"/>
          <w:szCs w:val="24"/>
          <w:lang w:val="it-IT"/>
        </w:rPr>
      </w:pPr>
    </w:p>
    <w:p w14:paraId="7A2AE2D0" w14:textId="43918A9B" w:rsidR="00232F99" w:rsidRPr="00F55EA6" w:rsidRDefault="004A61DC">
      <w:pPr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b/>
          <w:sz w:val="22"/>
          <w:szCs w:val="24"/>
          <w:lang w:val="it-IT"/>
        </w:rPr>
        <w:t>DICHIARAZIONI IN MATERIA DI INCOMPATIBILITÀ E CONFLITTO DI INTERESSI</w:t>
      </w:r>
    </w:p>
    <w:p w14:paraId="5A4C3188" w14:textId="77777777" w:rsidR="00232F99" w:rsidRPr="00D916BA" w:rsidRDefault="004A61DC">
      <w:pPr>
        <w:pStyle w:val="Puntoelenco"/>
        <w:rPr>
          <w:rFonts w:ascii="Times New Roman" w:hAnsi="Times New Roman" w:cs="Times New Roman"/>
          <w:sz w:val="22"/>
          <w:szCs w:val="24"/>
          <w:lang w:val="it-IT"/>
        </w:rPr>
      </w:pPr>
      <w:r w:rsidRPr="00D916BA">
        <w:rPr>
          <w:rFonts w:ascii="Times New Roman" w:hAnsi="Times New Roman" w:cs="Times New Roman"/>
          <w:sz w:val="22"/>
          <w:szCs w:val="24"/>
          <w:lang w:val="it-IT"/>
        </w:rPr>
        <w:t>di non essere dipendente del Comune di Napoli;</w:t>
      </w:r>
    </w:p>
    <w:p w14:paraId="381524DE" w14:textId="3241B824" w:rsidR="00232F99" w:rsidRDefault="004A61DC">
      <w:pPr>
        <w:pStyle w:val="Puntoelenco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t xml:space="preserve">di non svolgere attività presso soggetti affidatari, gestori o co-gestori di interventi e servizi </w:t>
      </w:r>
      <w:r w:rsidR="00A81805" w:rsidRPr="00A81805">
        <w:rPr>
          <w:rFonts w:ascii="Times New Roman" w:hAnsi="Times New Roman" w:cs="Times New Roman"/>
          <w:sz w:val="22"/>
          <w:szCs w:val="24"/>
          <w:lang w:val="it-IT"/>
        </w:rPr>
        <w:t xml:space="preserve">di carattere sociale </w:t>
      </w:r>
      <w:r w:rsidRPr="00F55EA6">
        <w:rPr>
          <w:rFonts w:ascii="Times New Roman" w:hAnsi="Times New Roman" w:cs="Times New Roman"/>
          <w:sz w:val="22"/>
          <w:szCs w:val="24"/>
          <w:lang w:val="it-IT"/>
        </w:rPr>
        <w:t>per conto del Comune di Napoli, nei casi e nei limiti di incompatibilità previsti dall’Avviso;</w:t>
      </w:r>
    </w:p>
    <w:p w14:paraId="1E343929" w14:textId="77777777" w:rsidR="00232F99" w:rsidRPr="00F55EA6" w:rsidRDefault="004A61DC">
      <w:pPr>
        <w:pStyle w:val="Puntoelenco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t>di non trovarsi nelle condizioni ostative previste dall’art. 53 del D.Lgs. n. 165/2001 e, ove dipendente di altra Pubblica Amministrazione, di impegnarsi ad acquisire la prescritta autorizzazione prima dell’eventuale conferimento dell’incarico;</w:t>
      </w:r>
    </w:p>
    <w:p w14:paraId="54818B92" w14:textId="7034C16D" w:rsidR="00232F99" w:rsidRDefault="004A61DC">
      <w:pPr>
        <w:pStyle w:val="Puntoelenco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t>di non trovarsi in situazioni derivanti dall’appartenenza agli organi nazionali o regionali dell’Ordine professionale o agli organismi competenti in materia di formazione continua che risultino incompatibili con lo svolgimento a titolo oneroso dell’incarico o possano impedire l’accreditamento delle attività di supervisione, secondo quanto previsto dalla disciplina professionale vigente;</w:t>
      </w:r>
    </w:p>
    <w:p w14:paraId="32ED6A1C" w14:textId="49F5955B" w:rsidR="00A81805" w:rsidRPr="00A81805" w:rsidRDefault="00A81805" w:rsidP="00A81805">
      <w:pPr>
        <w:pStyle w:val="Puntoelenco"/>
        <w:rPr>
          <w:rFonts w:ascii="Times New Roman" w:hAnsi="Times New Roman" w:cs="Times New Roman"/>
          <w:sz w:val="22"/>
          <w:szCs w:val="24"/>
          <w:lang w:val="it-IT"/>
        </w:rPr>
      </w:pPr>
      <w:r>
        <w:rPr>
          <w:rFonts w:ascii="Times New Roman" w:hAnsi="Times New Roman" w:cs="Times New Roman"/>
          <w:sz w:val="22"/>
          <w:szCs w:val="24"/>
          <w:lang w:val="it-IT"/>
        </w:rPr>
        <w:t xml:space="preserve">di </w:t>
      </w:r>
      <w:r w:rsidRPr="00A81805">
        <w:rPr>
          <w:rFonts w:ascii="Times New Roman" w:hAnsi="Times New Roman" w:cs="Times New Roman"/>
          <w:sz w:val="22"/>
          <w:szCs w:val="24"/>
          <w:lang w:val="it-IT"/>
        </w:rPr>
        <w:t xml:space="preserve">non trovarsi in ulteriori situazioni di incompatibilità previste dalla normativa vigente o dai rispettivi ordinamenti professionali. </w:t>
      </w:r>
    </w:p>
    <w:p w14:paraId="25D8FD38" w14:textId="414A9167" w:rsidR="00A81805" w:rsidRPr="00143334" w:rsidRDefault="004A61DC" w:rsidP="00143334">
      <w:pPr>
        <w:pStyle w:val="Puntoelenco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t>di impegnarsi a comunicare tempestivamente al Comune di Napoli ogni situazione, anche sopravvenuta, idonea a determinare incompatibilità, inconferibilità o conflitto di interessi rispetto all’incarico.</w:t>
      </w:r>
    </w:p>
    <w:p w14:paraId="08E138F9" w14:textId="77777777" w:rsidR="00287B94" w:rsidRPr="00E96445" w:rsidRDefault="00287B94">
      <w:pPr>
        <w:rPr>
          <w:rFonts w:ascii="Times New Roman" w:hAnsi="Times New Roman" w:cs="Times New Roman"/>
          <w:b/>
          <w:sz w:val="22"/>
          <w:szCs w:val="24"/>
          <w:lang w:val="it-IT"/>
        </w:rPr>
      </w:pPr>
    </w:p>
    <w:p w14:paraId="5332C216" w14:textId="02300FF7" w:rsidR="00232F99" w:rsidRPr="00F55EA6" w:rsidRDefault="004A61DC" w:rsidP="00143334">
      <w:pPr>
        <w:jc w:val="both"/>
        <w:rPr>
          <w:rFonts w:ascii="Times New Roman" w:hAnsi="Times New Roman" w:cs="Times New Roman"/>
          <w:sz w:val="22"/>
          <w:szCs w:val="24"/>
        </w:rPr>
      </w:pPr>
      <w:r w:rsidRPr="00F55EA6">
        <w:rPr>
          <w:rFonts w:ascii="Times New Roman" w:hAnsi="Times New Roman" w:cs="Times New Roman"/>
          <w:b/>
          <w:sz w:val="22"/>
          <w:szCs w:val="24"/>
        </w:rPr>
        <w:t>DICHIARA ALTRESÌ</w:t>
      </w:r>
    </w:p>
    <w:p w14:paraId="5D4CB196" w14:textId="77777777" w:rsidR="00232F99" w:rsidRPr="00F55EA6" w:rsidRDefault="004A61DC" w:rsidP="00143334">
      <w:pPr>
        <w:pStyle w:val="Puntoelenco"/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t>di aver preso visione dell’Avviso pubblico e di accettarne integralmente contenuti, condizioni e prescrizioni;</w:t>
      </w:r>
    </w:p>
    <w:p w14:paraId="4BBACF10" w14:textId="4C85A60E" w:rsidR="00F55EA6" w:rsidRPr="00F55EA6" w:rsidRDefault="00F55EA6" w:rsidP="00143334">
      <w:pPr>
        <w:pStyle w:val="Puntoelenco"/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916419">
        <w:rPr>
          <w:rFonts w:ascii="Times New Roman" w:hAnsi="Times New Roman" w:cs="Times New Roman"/>
          <w:sz w:val="22"/>
          <w:szCs w:val="24"/>
          <w:lang w:val="it-IT"/>
        </w:rPr>
        <w:t>che le informazioni c</w:t>
      </w:r>
      <w:r w:rsidR="00143334">
        <w:rPr>
          <w:rFonts w:ascii="Times New Roman" w:hAnsi="Times New Roman" w:cs="Times New Roman"/>
          <w:sz w:val="22"/>
          <w:szCs w:val="24"/>
          <w:lang w:val="it-IT"/>
        </w:rPr>
        <w:t xml:space="preserve">ontenute </w:t>
      </w:r>
      <w:r w:rsidRPr="00916419">
        <w:rPr>
          <w:rFonts w:ascii="Times New Roman" w:hAnsi="Times New Roman" w:cs="Times New Roman"/>
          <w:sz w:val="22"/>
          <w:szCs w:val="24"/>
          <w:lang w:val="it-IT"/>
        </w:rPr>
        <w:t>nella Scheda sintetica delle esperienze e dei titoli allegati alla domanda sono veritiere e sono rese ai sensi del D.P.R. n. 445/2000, anche ai fini della successiva valutazione comparativa</w:t>
      </w:r>
      <w:r w:rsidRPr="00F55EA6">
        <w:rPr>
          <w:rFonts w:ascii="Times New Roman" w:hAnsi="Times New Roman" w:cs="Times New Roman"/>
          <w:sz w:val="22"/>
          <w:szCs w:val="24"/>
          <w:lang w:val="it-IT"/>
        </w:rPr>
        <w:t xml:space="preserve">; </w:t>
      </w:r>
    </w:p>
    <w:p w14:paraId="6245C166" w14:textId="62911815" w:rsidR="00232F99" w:rsidRPr="00CD1FEA" w:rsidRDefault="00F55EA6" w:rsidP="00143334">
      <w:pPr>
        <w:pStyle w:val="Puntoelenco"/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CD1FEA">
        <w:rPr>
          <w:rFonts w:ascii="Times New Roman" w:hAnsi="Times New Roman" w:cs="Times New Roman"/>
          <w:sz w:val="22"/>
          <w:szCs w:val="24"/>
          <w:lang w:val="it-IT"/>
        </w:rPr>
        <w:t>di essere consapevole che la mera iscrizione nella Short List non determina alcun diritto o aspettativa al conferimento di incarichi, restando il conferimento subordinato all'espletamento della procedura comparativa e alle ulteriori condizioni previste dall'Avviso;</w:t>
      </w:r>
    </w:p>
    <w:p w14:paraId="411E4A06" w14:textId="77777777" w:rsidR="00232F99" w:rsidRPr="00F55EA6" w:rsidRDefault="004A61DC" w:rsidP="00143334">
      <w:pPr>
        <w:pStyle w:val="Puntoelenco"/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t>di essere informato/a che i dati personali saranno trattati dal Comune di Napoli per le finalità connesse alla presente procedura, secondo quanto indicato nell’Avviso e nell’informativa privacy;</w:t>
      </w:r>
    </w:p>
    <w:p w14:paraId="420A98A7" w14:textId="77777777" w:rsidR="00232F99" w:rsidRPr="00F55EA6" w:rsidRDefault="004A61DC">
      <w:pPr>
        <w:pStyle w:val="Puntoelenco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lastRenderedPageBreak/>
        <w:t>di essere consapevole della facoltà dell’Amministrazione di sospendere, modificare o revocare la procedura nei casi e secondo le modalità previste dall’Avviso.</w:t>
      </w:r>
    </w:p>
    <w:p w14:paraId="6D8264F0" w14:textId="77777777" w:rsidR="00287B94" w:rsidRPr="00E96445" w:rsidRDefault="00287B94">
      <w:pPr>
        <w:rPr>
          <w:rFonts w:ascii="Times New Roman" w:hAnsi="Times New Roman" w:cs="Times New Roman"/>
          <w:b/>
          <w:sz w:val="22"/>
          <w:szCs w:val="24"/>
          <w:lang w:val="it-IT"/>
        </w:rPr>
      </w:pPr>
    </w:p>
    <w:p w14:paraId="2B8F1BA8" w14:textId="43534B73" w:rsidR="00232F99" w:rsidRPr="00F55EA6" w:rsidRDefault="004A61DC">
      <w:pPr>
        <w:rPr>
          <w:rFonts w:ascii="Times New Roman" w:hAnsi="Times New Roman" w:cs="Times New Roman"/>
          <w:sz w:val="22"/>
          <w:szCs w:val="24"/>
        </w:rPr>
      </w:pPr>
      <w:r w:rsidRPr="00F55EA6">
        <w:rPr>
          <w:rFonts w:ascii="Times New Roman" w:hAnsi="Times New Roman" w:cs="Times New Roman"/>
          <w:b/>
          <w:sz w:val="22"/>
          <w:szCs w:val="24"/>
        </w:rPr>
        <w:t>ALLEGA</w:t>
      </w:r>
    </w:p>
    <w:p w14:paraId="18D2245B" w14:textId="060683E5" w:rsidR="00232F99" w:rsidRDefault="001236E9">
      <w:pPr>
        <w:pStyle w:val="Puntoelenco"/>
        <w:rPr>
          <w:rFonts w:ascii="Times New Roman" w:hAnsi="Times New Roman" w:cs="Times New Roman"/>
          <w:sz w:val="22"/>
          <w:szCs w:val="24"/>
          <w:lang w:val="it-IT"/>
        </w:rPr>
      </w:pPr>
      <w:r w:rsidRPr="001236E9">
        <w:rPr>
          <w:rFonts w:ascii="Times New Roman" w:hAnsi="Times New Roman" w:cs="Times New Roman"/>
          <w:sz w:val="22"/>
          <w:szCs w:val="24"/>
          <w:lang w:val="it-IT"/>
        </w:rPr>
        <w:t>Scheda sintetica delle esperienze professionali e dei titoli</w:t>
      </w:r>
      <w:r w:rsidR="004A61DC" w:rsidRPr="00F55EA6">
        <w:rPr>
          <w:rFonts w:ascii="Times New Roman" w:hAnsi="Times New Roman" w:cs="Times New Roman"/>
          <w:sz w:val="22"/>
          <w:szCs w:val="24"/>
          <w:lang w:val="it-IT"/>
        </w:rPr>
        <w:t>, secondo il modello predisposto dall’Amministrazione;</w:t>
      </w:r>
    </w:p>
    <w:p w14:paraId="42FE942D" w14:textId="039379A8" w:rsidR="002E68FC" w:rsidRPr="007C714D" w:rsidRDefault="002E68FC" w:rsidP="007C714D">
      <w:pPr>
        <w:pStyle w:val="Puntoelenco"/>
        <w:rPr>
          <w:rFonts w:ascii="Times New Roman" w:hAnsi="Times New Roman" w:cs="Times New Roman"/>
          <w:sz w:val="22"/>
          <w:szCs w:val="24"/>
          <w:lang w:val="it-IT"/>
        </w:rPr>
      </w:pPr>
      <w:r>
        <w:rPr>
          <w:rFonts w:ascii="Times New Roman" w:hAnsi="Times New Roman" w:cs="Times New Roman"/>
          <w:sz w:val="22"/>
          <w:szCs w:val="24"/>
          <w:lang w:val="it-IT"/>
        </w:rPr>
        <w:t>Piano di Supervisione</w:t>
      </w:r>
      <w:r w:rsidR="007C714D">
        <w:rPr>
          <w:rFonts w:ascii="Times New Roman" w:hAnsi="Times New Roman" w:cs="Times New Roman"/>
          <w:sz w:val="22"/>
          <w:szCs w:val="24"/>
          <w:lang w:val="it-IT"/>
        </w:rPr>
        <w:t xml:space="preserve">, </w:t>
      </w:r>
      <w:r w:rsidR="007C714D" w:rsidRPr="007C714D">
        <w:rPr>
          <w:rFonts w:ascii="Times New Roman" w:hAnsi="Times New Roman" w:cs="Times New Roman"/>
          <w:sz w:val="22"/>
          <w:szCs w:val="24"/>
          <w:lang w:val="it-IT"/>
        </w:rPr>
        <w:t>secondo il modello predisposto dall’Amministrazione;</w:t>
      </w:r>
    </w:p>
    <w:p w14:paraId="50C96EA8" w14:textId="77777777" w:rsidR="00232F99" w:rsidRPr="00F55EA6" w:rsidRDefault="004A61DC">
      <w:pPr>
        <w:pStyle w:val="Puntoelenco"/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t>Copia di un documento di identità in corso di validità, salvo i casi di sottoscrizione digitale nei quali non sia richiesta ai sensi della normativa vigente;</w:t>
      </w:r>
    </w:p>
    <w:p w14:paraId="1BAFEDE8" w14:textId="77777777" w:rsidR="00287B94" w:rsidRDefault="00287B94">
      <w:pPr>
        <w:rPr>
          <w:rFonts w:ascii="Times New Roman" w:hAnsi="Times New Roman" w:cs="Times New Roman"/>
          <w:sz w:val="22"/>
          <w:szCs w:val="24"/>
          <w:lang w:val="it-IT"/>
        </w:rPr>
      </w:pPr>
    </w:p>
    <w:p w14:paraId="51F8176D" w14:textId="3E674ADE" w:rsidR="00232F99" w:rsidRPr="00F55EA6" w:rsidRDefault="004A61DC">
      <w:pPr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t>Il/La sottoscritto/a chiede che ogni comunicazione inerente alla presente procedura sia effettuata all’indirizzo PEC ________________________________________________________________, impegnandosi a comunicare tempestivamente eventuali variazioni.</w:t>
      </w:r>
    </w:p>
    <w:p w14:paraId="78CFACD6" w14:textId="63BA5ECB" w:rsidR="00232F99" w:rsidRPr="00E05C64" w:rsidRDefault="004A61DC" w:rsidP="00566AA4">
      <w:pPr>
        <w:rPr>
          <w:rFonts w:ascii="Times New Roman" w:hAnsi="Times New Roman" w:cs="Times New Roman"/>
          <w:sz w:val="22"/>
          <w:szCs w:val="24"/>
          <w:lang w:val="it-IT"/>
        </w:rPr>
      </w:pPr>
      <w:r w:rsidRPr="00F55EA6">
        <w:rPr>
          <w:rFonts w:ascii="Times New Roman" w:hAnsi="Times New Roman" w:cs="Times New Roman"/>
          <w:sz w:val="22"/>
          <w:szCs w:val="24"/>
          <w:lang w:val="it-IT"/>
        </w:rPr>
        <w:br/>
      </w:r>
    </w:p>
    <w:p w14:paraId="22E73372" w14:textId="755BF6B2" w:rsidR="00566AA4" w:rsidRPr="00566AA4" w:rsidRDefault="00566AA4" w:rsidP="00566AA4">
      <w:pPr>
        <w:rPr>
          <w:rFonts w:ascii="Times New Roman" w:hAnsi="Times New Roman" w:cs="Times New Roman"/>
          <w:sz w:val="22"/>
          <w:szCs w:val="24"/>
          <w:lang w:val="it-IT"/>
        </w:rPr>
      </w:pPr>
      <w:r w:rsidRPr="00566AA4">
        <w:rPr>
          <w:rFonts w:ascii="Segoe UI Symbol" w:hAnsi="Segoe UI Symbol" w:cs="Segoe UI Symbol"/>
          <w:sz w:val="22"/>
          <w:szCs w:val="24"/>
          <w:lang w:val="it-IT"/>
        </w:rPr>
        <w:t>☐</w:t>
      </w:r>
      <w:r>
        <w:rPr>
          <w:rFonts w:ascii="Times New Roman" w:hAnsi="Times New Roman" w:cs="Times New Roman"/>
          <w:sz w:val="22"/>
          <w:szCs w:val="24"/>
          <w:lang w:val="it-IT"/>
        </w:rPr>
        <w:t xml:space="preserve"> </w:t>
      </w:r>
      <w:r w:rsidRPr="00566AA4">
        <w:rPr>
          <w:rFonts w:ascii="Times New Roman" w:hAnsi="Times New Roman" w:cs="Times New Roman"/>
          <w:sz w:val="22"/>
          <w:szCs w:val="24"/>
          <w:lang w:val="it-IT"/>
        </w:rPr>
        <w:t>sottoscrive la presente dichiarazione e allega copia fotostatica del proprio documento di identità</w:t>
      </w:r>
    </w:p>
    <w:p w14:paraId="7E848A02" w14:textId="541C69F4" w:rsidR="00566AA4" w:rsidRDefault="00566AA4" w:rsidP="00566AA4">
      <w:pPr>
        <w:rPr>
          <w:rFonts w:ascii="Times New Roman" w:hAnsi="Times New Roman" w:cs="Times New Roman"/>
          <w:sz w:val="22"/>
          <w:szCs w:val="24"/>
          <w:lang w:val="it-IT"/>
        </w:rPr>
      </w:pPr>
      <w:r w:rsidRPr="00566AA4">
        <w:rPr>
          <w:rFonts w:ascii="Segoe UI Symbol" w:hAnsi="Segoe UI Symbol" w:cs="Segoe UI Symbol"/>
          <w:sz w:val="22"/>
          <w:szCs w:val="24"/>
          <w:lang w:val="it-IT"/>
        </w:rPr>
        <w:t>☐</w:t>
      </w:r>
      <w:r>
        <w:rPr>
          <w:rFonts w:ascii="Times New Roman" w:hAnsi="Times New Roman" w:cs="Times New Roman"/>
          <w:sz w:val="22"/>
          <w:szCs w:val="24"/>
          <w:lang w:val="it-IT"/>
        </w:rPr>
        <w:t xml:space="preserve"> </w:t>
      </w:r>
      <w:r w:rsidRPr="00566AA4">
        <w:rPr>
          <w:rFonts w:ascii="Times New Roman" w:hAnsi="Times New Roman" w:cs="Times New Roman"/>
          <w:sz w:val="22"/>
          <w:szCs w:val="24"/>
          <w:lang w:val="it-IT"/>
        </w:rPr>
        <w:t>firma digitalmente la presente dichiarazione</w:t>
      </w:r>
    </w:p>
    <w:p w14:paraId="745C90A1" w14:textId="77777777" w:rsidR="00566AA4" w:rsidRPr="00E05C64" w:rsidRDefault="00566AA4" w:rsidP="00566AA4">
      <w:pPr>
        <w:rPr>
          <w:rFonts w:ascii="Times New Roman" w:hAnsi="Times New Roman" w:cs="Times New Roman"/>
          <w:sz w:val="22"/>
          <w:szCs w:val="24"/>
          <w:lang w:val="it-IT"/>
        </w:rPr>
      </w:pPr>
    </w:p>
    <w:p w14:paraId="07966987" w14:textId="2405CB4F" w:rsidR="00566AA4" w:rsidRPr="00E05C64" w:rsidRDefault="00566AA4" w:rsidP="00566AA4">
      <w:pPr>
        <w:rPr>
          <w:rFonts w:ascii="Times New Roman" w:hAnsi="Times New Roman" w:cs="Times New Roman"/>
          <w:sz w:val="22"/>
          <w:szCs w:val="24"/>
          <w:lang w:val="it-IT"/>
        </w:rPr>
      </w:pPr>
      <w:r w:rsidRPr="00E05C64">
        <w:rPr>
          <w:rFonts w:ascii="Times New Roman" w:hAnsi="Times New Roman" w:cs="Times New Roman"/>
          <w:sz w:val="22"/>
          <w:szCs w:val="24"/>
          <w:lang w:val="it-IT"/>
        </w:rPr>
        <w:t>Luogo e data __________________________________</w:t>
      </w:r>
    </w:p>
    <w:p w14:paraId="0D554A9A" w14:textId="77777777" w:rsidR="00F42E37" w:rsidRPr="00E05C64" w:rsidRDefault="00F42E37" w:rsidP="00566AA4">
      <w:pPr>
        <w:rPr>
          <w:rFonts w:ascii="Times New Roman" w:hAnsi="Times New Roman" w:cs="Times New Roman"/>
          <w:sz w:val="22"/>
          <w:szCs w:val="24"/>
          <w:lang w:val="it-IT"/>
        </w:rPr>
      </w:pPr>
    </w:p>
    <w:p w14:paraId="305B25E1" w14:textId="77777777" w:rsidR="00566AA4" w:rsidRDefault="00566AA4" w:rsidP="00566AA4">
      <w:pPr>
        <w:jc w:val="right"/>
        <w:rPr>
          <w:rFonts w:ascii="Times New Roman" w:hAnsi="Times New Roman" w:cs="Times New Roman"/>
          <w:sz w:val="22"/>
          <w:szCs w:val="24"/>
        </w:rPr>
      </w:pPr>
      <w:r w:rsidRPr="00F55EA6">
        <w:rPr>
          <w:rFonts w:ascii="Times New Roman" w:hAnsi="Times New Roman" w:cs="Times New Roman"/>
          <w:sz w:val="22"/>
          <w:szCs w:val="24"/>
        </w:rPr>
        <w:t>Firma __________________________________________</w:t>
      </w:r>
    </w:p>
    <w:p w14:paraId="4BB51AB4" w14:textId="77777777" w:rsidR="00566AA4" w:rsidRPr="00F55EA6" w:rsidRDefault="00566AA4" w:rsidP="00566AA4">
      <w:pPr>
        <w:rPr>
          <w:rFonts w:ascii="Times New Roman" w:hAnsi="Times New Roman" w:cs="Times New Roman"/>
          <w:sz w:val="22"/>
          <w:szCs w:val="24"/>
        </w:rPr>
      </w:pPr>
    </w:p>
    <w:sectPr w:rsidR="00566AA4" w:rsidRPr="00F55EA6" w:rsidSect="00034616">
      <w:headerReference w:type="default" r:id="rId8"/>
      <w:footerReference w:type="default" r:id="rId9"/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F58DF" w14:textId="77777777" w:rsidR="002D7C03" w:rsidRDefault="002D7C03">
      <w:pPr>
        <w:spacing w:after="0" w:line="240" w:lineRule="auto"/>
      </w:pPr>
      <w:r>
        <w:separator/>
      </w:r>
    </w:p>
  </w:endnote>
  <w:endnote w:type="continuationSeparator" w:id="0">
    <w:p w14:paraId="1730300A" w14:textId="77777777" w:rsidR="002D7C03" w:rsidRDefault="002D7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F682F" w14:textId="607C4C78" w:rsidR="000B250D" w:rsidRPr="000B250D" w:rsidRDefault="000B250D" w:rsidP="000B250D">
    <w:pPr>
      <w:tabs>
        <w:tab w:val="center" w:pos="4680"/>
        <w:tab w:val="right" w:pos="9360"/>
      </w:tabs>
      <w:spacing w:after="0" w:line="240" w:lineRule="auto"/>
      <w:jc w:val="center"/>
      <w:rPr>
        <w:rFonts w:eastAsia="MS Mincho" w:cs="Times New Roman"/>
        <w:sz w:val="19"/>
        <w:lang w:val="it-IT"/>
      </w:rPr>
    </w:pPr>
    <w:r w:rsidRPr="000B250D">
      <w:rPr>
        <w:rFonts w:eastAsia="MS Mincho" w:cs="Times New Roman"/>
        <w:sz w:val="15"/>
        <w:lang w:val="it-IT"/>
      </w:rPr>
      <w:t xml:space="preserve">Allegato </w:t>
    </w:r>
    <w:r>
      <w:rPr>
        <w:rFonts w:eastAsia="MS Mincho" w:cs="Times New Roman"/>
        <w:sz w:val="15"/>
        <w:lang w:val="it-IT"/>
      </w:rPr>
      <w:t>1</w:t>
    </w:r>
    <w:r w:rsidRPr="000B250D">
      <w:rPr>
        <w:rFonts w:eastAsia="MS Mincho" w:cs="Times New Roman"/>
        <w:sz w:val="15"/>
        <w:lang w:val="it-IT"/>
      </w:rPr>
      <w:t xml:space="preserve"> – </w:t>
    </w:r>
    <w:r>
      <w:rPr>
        <w:rFonts w:eastAsia="MS Mincho" w:cs="Times New Roman"/>
        <w:sz w:val="15"/>
        <w:lang w:val="it-IT"/>
      </w:rPr>
      <w:t>Domanda di partecipazione</w:t>
    </w:r>
  </w:p>
  <w:p w14:paraId="2F88E356" w14:textId="718BE8FA" w:rsidR="00287B94" w:rsidRPr="000B250D" w:rsidRDefault="00287B94">
    <w:pPr>
      <w:pStyle w:val="Pidipagina"/>
      <w:jc w:val="center"/>
      <w:rPr>
        <w:color w:val="4F81BD" w:themeColor="accent1"/>
        <w:lang w:val="it-IT"/>
      </w:rPr>
    </w:pPr>
    <w:r>
      <w:rPr>
        <w:color w:val="4F81BD" w:themeColor="accent1"/>
        <w:lang w:val="it-IT"/>
      </w:rPr>
      <w:t xml:space="preserve">Pag. </w:t>
    </w:r>
    <w:r>
      <w:rPr>
        <w:color w:val="4F81BD" w:themeColor="accent1"/>
      </w:rPr>
      <w:fldChar w:fldCharType="begin"/>
    </w:r>
    <w:r w:rsidRPr="000B250D">
      <w:rPr>
        <w:color w:val="4F81BD" w:themeColor="accent1"/>
        <w:lang w:val="it-IT"/>
      </w:rPr>
      <w:instrText>PAGE  \* Arabic  \* MERGEFORMAT</w:instrText>
    </w:r>
    <w:r>
      <w:rPr>
        <w:color w:val="4F81BD" w:themeColor="accent1"/>
      </w:rPr>
      <w:fldChar w:fldCharType="separate"/>
    </w:r>
    <w:r w:rsidR="007C714D">
      <w:rPr>
        <w:noProof/>
        <w:color w:val="4F81BD" w:themeColor="accent1"/>
        <w:lang w:val="it-IT"/>
      </w:rPr>
      <w:t>4</w:t>
    </w:r>
    <w:r>
      <w:rPr>
        <w:color w:val="4F81BD" w:themeColor="accent1"/>
      </w:rPr>
      <w:fldChar w:fldCharType="end"/>
    </w:r>
    <w:r>
      <w:rPr>
        <w:color w:val="4F81BD" w:themeColor="accent1"/>
        <w:lang w:val="it-IT"/>
      </w:rPr>
      <w:t xml:space="preserve"> di </w:t>
    </w:r>
    <w:r>
      <w:rPr>
        <w:color w:val="4F81BD" w:themeColor="accent1"/>
      </w:rPr>
      <w:fldChar w:fldCharType="begin"/>
    </w:r>
    <w:r w:rsidRPr="000B250D">
      <w:rPr>
        <w:color w:val="4F81BD" w:themeColor="accent1"/>
        <w:lang w:val="it-IT"/>
      </w:rPr>
      <w:instrText>NUMPAGES  \* Arabic  \* MERGEFORMAT</w:instrText>
    </w:r>
    <w:r>
      <w:rPr>
        <w:color w:val="4F81BD" w:themeColor="accent1"/>
      </w:rPr>
      <w:fldChar w:fldCharType="separate"/>
    </w:r>
    <w:r w:rsidR="007C714D">
      <w:rPr>
        <w:noProof/>
        <w:color w:val="4F81BD" w:themeColor="accent1"/>
        <w:lang w:val="it-IT"/>
      </w:rPr>
      <w:t>4</w:t>
    </w:r>
    <w:r>
      <w:rPr>
        <w:color w:val="4F81BD" w:themeColor="accent1"/>
      </w:rPr>
      <w:fldChar w:fldCharType="end"/>
    </w:r>
  </w:p>
  <w:p w14:paraId="0BBD93E4" w14:textId="2117F7C4" w:rsidR="00232F99" w:rsidRPr="00F55EA6" w:rsidRDefault="00232F99">
    <w:pPr>
      <w:pStyle w:val="Pidipagina"/>
      <w:jc w:val="cen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6CC63" w14:textId="77777777" w:rsidR="002D7C03" w:rsidRDefault="002D7C03">
      <w:pPr>
        <w:spacing w:after="0" w:line="240" w:lineRule="auto"/>
      </w:pPr>
      <w:r>
        <w:separator/>
      </w:r>
    </w:p>
  </w:footnote>
  <w:footnote w:type="continuationSeparator" w:id="0">
    <w:p w14:paraId="59D923DE" w14:textId="77777777" w:rsidR="002D7C03" w:rsidRDefault="002D7C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5CCB3" w14:textId="77777777" w:rsidR="00287B94" w:rsidRPr="00287B94" w:rsidRDefault="00287B94" w:rsidP="00287B94">
    <w:pPr>
      <w:suppressAutoHyphens/>
      <w:spacing w:after="200" w:line="276" w:lineRule="auto"/>
      <w:jc w:val="center"/>
      <w:rPr>
        <w:rFonts w:ascii="Times New Roman" w:eastAsia="Times New Roman" w:hAnsi="Times New Roman" w:cs="Verdana"/>
        <w:b/>
        <w:bCs/>
        <w:noProof/>
        <w:kern w:val="3"/>
        <w:sz w:val="20"/>
        <w:szCs w:val="20"/>
        <w:lang w:val="it-IT" w:eastAsia="zh-CN"/>
      </w:rPr>
    </w:pPr>
  </w:p>
  <w:p w14:paraId="4F8ADE98" w14:textId="77777777" w:rsidR="00287B94" w:rsidRPr="00287B94" w:rsidRDefault="00287B94" w:rsidP="00287B94">
    <w:pPr>
      <w:suppressAutoHyphens/>
      <w:spacing w:after="200" w:line="276" w:lineRule="auto"/>
      <w:jc w:val="center"/>
      <w:rPr>
        <w:rFonts w:ascii="Calibri" w:eastAsia="Times New Roman" w:hAnsi="Calibri" w:cs="Times New Roman"/>
        <w:bCs/>
        <w:i/>
        <w:iCs/>
        <w:sz w:val="22"/>
        <w:lang w:val="it-IT" w:eastAsia="it-IT"/>
      </w:rPr>
    </w:pPr>
    <w:r w:rsidRPr="00287B94">
      <w:rPr>
        <w:rFonts w:ascii="Times New Roman" w:eastAsia="Times New Roman" w:hAnsi="Times New Roman" w:cs="Verdana"/>
        <w:b/>
        <w:bCs/>
        <w:noProof/>
        <w:kern w:val="3"/>
        <w:sz w:val="20"/>
        <w:szCs w:val="20"/>
        <w:lang w:val="it-IT" w:eastAsia="it-IT"/>
      </w:rPr>
      <w:drawing>
        <wp:anchor distT="0" distB="0" distL="114300" distR="114300" simplePos="0" relativeHeight="251659264" behindDoc="0" locked="0" layoutInCell="1" allowOverlap="1" wp14:anchorId="043D72BE" wp14:editId="446796F3">
          <wp:simplePos x="0" y="0"/>
          <wp:positionH relativeFrom="column">
            <wp:posOffset>2524760</wp:posOffset>
          </wp:positionH>
          <wp:positionV relativeFrom="paragraph">
            <wp:posOffset>-713105</wp:posOffset>
          </wp:positionV>
          <wp:extent cx="1068705" cy="1022350"/>
          <wp:effectExtent l="0" t="0" r="0" b="6300"/>
          <wp:wrapSquare wrapText="bothSides"/>
          <wp:docPr id="1590475570" name="immagini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8705" cy="102235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1D8A58D1" w14:textId="77777777" w:rsidR="00287B94" w:rsidRPr="00287B94" w:rsidRDefault="00287B94" w:rsidP="00287B94">
    <w:pPr>
      <w:suppressLineNumbers/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 w:cs="Verdana"/>
        <w:b/>
        <w:bCs/>
        <w:kern w:val="3"/>
        <w:sz w:val="20"/>
        <w:szCs w:val="20"/>
        <w:lang w:val="it-IT" w:eastAsia="zh-CN"/>
      </w:rPr>
    </w:pPr>
    <w:r w:rsidRPr="00287B94">
      <w:rPr>
        <w:rFonts w:ascii="Times New Roman" w:eastAsia="Times New Roman" w:hAnsi="Times New Roman" w:cs="Verdana"/>
        <w:b/>
        <w:bCs/>
        <w:kern w:val="3"/>
        <w:sz w:val="20"/>
        <w:szCs w:val="20"/>
        <w:lang w:val="it-IT" w:eastAsia="zh-CN"/>
      </w:rPr>
      <w:t>Area Welfare</w:t>
    </w:r>
  </w:p>
  <w:p w14:paraId="5F7E1D78" w14:textId="77777777" w:rsidR="00287B94" w:rsidRPr="00287B94" w:rsidRDefault="00287B94" w:rsidP="00287B94">
    <w:pPr>
      <w:suppressLineNumbers/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 w:cs="Verdana"/>
        <w:b/>
        <w:bCs/>
        <w:kern w:val="3"/>
        <w:sz w:val="20"/>
        <w:szCs w:val="20"/>
        <w:lang w:val="it-IT" w:eastAsia="zh-CN"/>
      </w:rPr>
    </w:pPr>
    <w:r w:rsidRPr="00287B94">
      <w:rPr>
        <w:rFonts w:ascii="Times New Roman" w:eastAsia="Times New Roman" w:hAnsi="Times New Roman" w:cs="Verdana"/>
        <w:b/>
        <w:bCs/>
        <w:kern w:val="3"/>
        <w:sz w:val="20"/>
        <w:szCs w:val="20"/>
        <w:lang w:val="it-IT" w:eastAsia="zh-CN"/>
      </w:rPr>
      <w:t>Servizio Programmazione Sociale ed Emergenze sociali</w:t>
    </w:r>
  </w:p>
  <w:p w14:paraId="282681F9" w14:textId="77777777" w:rsidR="00287B94" w:rsidRPr="00287B94" w:rsidRDefault="00287B94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3F60C7"/>
    <w:multiLevelType w:val="multilevel"/>
    <w:tmpl w:val="D8746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1597249141">
    <w:abstractNumId w:val="8"/>
  </w:num>
  <w:num w:numId="2" w16cid:durableId="745109684">
    <w:abstractNumId w:val="6"/>
  </w:num>
  <w:num w:numId="3" w16cid:durableId="246041075">
    <w:abstractNumId w:val="5"/>
  </w:num>
  <w:num w:numId="4" w16cid:durableId="675546415">
    <w:abstractNumId w:val="4"/>
  </w:num>
  <w:num w:numId="5" w16cid:durableId="421145375">
    <w:abstractNumId w:val="7"/>
  </w:num>
  <w:num w:numId="6" w16cid:durableId="50739467">
    <w:abstractNumId w:val="3"/>
  </w:num>
  <w:num w:numId="7" w16cid:durableId="1635600283">
    <w:abstractNumId w:val="2"/>
  </w:num>
  <w:num w:numId="8" w16cid:durableId="1809081400">
    <w:abstractNumId w:val="1"/>
  </w:num>
  <w:num w:numId="9" w16cid:durableId="2034841619">
    <w:abstractNumId w:val="0"/>
  </w:num>
  <w:num w:numId="10" w16cid:durableId="15085926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4EF2"/>
    <w:rsid w:val="0005452B"/>
    <w:rsid w:val="000605E7"/>
    <w:rsid w:val="0006063C"/>
    <w:rsid w:val="000B250D"/>
    <w:rsid w:val="000E4B47"/>
    <w:rsid w:val="001236E9"/>
    <w:rsid w:val="00143334"/>
    <w:rsid w:val="00146042"/>
    <w:rsid w:val="0015074B"/>
    <w:rsid w:val="001A1100"/>
    <w:rsid w:val="00203F00"/>
    <w:rsid w:val="00232F99"/>
    <w:rsid w:val="00262372"/>
    <w:rsid w:val="00286CDA"/>
    <w:rsid w:val="00287B94"/>
    <w:rsid w:val="0029639D"/>
    <w:rsid w:val="00297A6C"/>
    <w:rsid w:val="002C5144"/>
    <w:rsid w:val="002D6E2A"/>
    <w:rsid w:val="002D7C03"/>
    <w:rsid w:val="002E1072"/>
    <w:rsid w:val="002E68FC"/>
    <w:rsid w:val="00326F90"/>
    <w:rsid w:val="00327430"/>
    <w:rsid w:val="003321FE"/>
    <w:rsid w:val="0039242F"/>
    <w:rsid w:val="003C07A9"/>
    <w:rsid w:val="00401B4A"/>
    <w:rsid w:val="00414F2F"/>
    <w:rsid w:val="00495EE0"/>
    <w:rsid w:val="004A61DC"/>
    <w:rsid w:val="00566AA4"/>
    <w:rsid w:val="006874B8"/>
    <w:rsid w:val="006A0955"/>
    <w:rsid w:val="006E76AB"/>
    <w:rsid w:val="00727119"/>
    <w:rsid w:val="007A73B3"/>
    <w:rsid w:val="007C088F"/>
    <w:rsid w:val="007C714D"/>
    <w:rsid w:val="00821F96"/>
    <w:rsid w:val="00842D28"/>
    <w:rsid w:val="00916419"/>
    <w:rsid w:val="00A13C91"/>
    <w:rsid w:val="00A81805"/>
    <w:rsid w:val="00AA1D8D"/>
    <w:rsid w:val="00B47730"/>
    <w:rsid w:val="00B551DB"/>
    <w:rsid w:val="00C1799F"/>
    <w:rsid w:val="00CB0664"/>
    <w:rsid w:val="00CD1FEA"/>
    <w:rsid w:val="00CF4C97"/>
    <w:rsid w:val="00D57184"/>
    <w:rsid w:val="00D916BA"/>
    <w:rsid w:val="00DA0870"/>
    <w:rsid w:val="00DF1275"/>
    <w:rsid w:val="00DF1294"/>
    <w:rsid w:val="00E05C64"/>
    <w:rsid w:val="00E81F5A"/>
    <w:rsid w:val="00E96445"/>
    <w:rsid w:val="00F04942"/>
    <w:rsid w:val="00F42E37"/>
    <w:rsid w:val="00F55EA6"/>
    <w:rsid w:val="00FC21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0C1505"/>
  <w14:defaultImageDpi w14:val="300"/>
  <w15:docId w15:val="{DDAAB02F-6A3E-4802-B259-6BF9B8ABF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93728A-6BD1-46D0-969A-26AD2D6D2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1282</Words>
  <Characters>7312</Characters>
  <Application>Microsoft Office Word</Application>
  <DocSecurity>0</DocSecurity>
  <Lines>60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GIOVANNA DE FALCO</cp:lastModifiedBy>
  <cp:revision>42</cp:revision>
  <dcterms:created xsi:type="dcterms:W3CDTF">2013-12-23T23:15:00Z</dcterms:created>
  <dcterms:modified xsi:type="dcterms:W3CDTF">2026-09-25T11:21:00Z</dcterms:modified>
  <cp:category/>
</cp:coreProperties>
</file>